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Letter of Support Pack</w:t>
      </w:r>
    </w:p>
    <w:p>
      <w:pPr>
        <w:pStyle w:val="Subtitle"/>
      </w:pPr>
      <w:r>
        <w:rPr>
          <w:b w:val="0"/>
        </w:rPr>
        <w:t>Four ready-to-adapt letters: partner organization, elected official, program participant, fiscal sponsor</w:t>
      </w:r>
    </w:p>
    <w:p>
      <w:pPr>
        <w:spacing w:before="40" w:after="200"/>
        <w:pBdr>
          <w:bottom w:val="single" w:sz="6" w:space="1" w:color="C7CDD6"/>
        </w:pBdr>
      </w:pPr>
    </w:p>
    <w:p>
      <w:r>
        <w:rPr>
          <w:b w:val="0"/>
        </w:rPr>
        <w:t>A letter of support is a signed statement from someone outside your organization that endorses your grant application and confirms the writer's stake in it. Reviewers read it to answer one question: does anyone besides the applicant believe this project will happen? This pack contains four complete letters, written out in full, plus the request email you send to get them, a page of adaptation notes for each letter, and a tracking table for the weeks between the ask and the deadline.</w:t>
      </w:r>
    </w:p>
    <w:p>
      <w:r>
        <w:rPr>
          <w:b w:val="0"/>
        </w:rPr>
        <w:t>Nothing here is gated, watermarked, or cut short. Open it in Word or Google Docs, paste the letter you need onto the writer's letterhead, replace the bracketed fields with real detail, and send it to the person signing as a starting draft they are free to rewrite.</w:t>
      </w:r>
    </w:p>
    <w:p>
      <w:pPr>
        <w:pStyle w:val="Heading2"/>
      </w:pPr>
      <w:r>
        <w:rPr>
          <w:b w:val="0"/>
        </w:rPr>
        <w:t>How to use this pack</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2160"/>
            <w:shd w:val="clear" w:color="auto" w:fill="1F355E"/>
          </w:tcPr>
          <w:p>
            <w:pPr>
              <w:spacing w:after="40" w:before="40"/>
            </w:pPr>
            <w:r/>
            <w:r>
              <w:rPr>
                <w:b/>
                <w:color w:val="FFFFFF"/>
                <w:sz w:val="20"/>
              </w:rPr>
              <w:t>Step</w:t>
            </w:r>
          </w:p>
        </w:tc>
        <w:tc>
          <w:tcPr>
            <w:tcW w:type="dxa" w:w="5616"/>
            <w:shd w:val="clear" w:color="auto" w:fill="1F355E"/>
          </w:tcPr>
          <w:p>
            <w:pPr>
              <w:spacing w:after="40" w:before="40"/>
            </w:pPr>
            <w:r/>
            <w:r>
              <w:rPr>
                <w:b/>
                <w:color w:val="FFFFFF"/>
                <w:sz w:val="20"/>
              </w:rPr>
              <w:t>What you do</w:t>
            </w:r>
          </w:p>
        </w:tc>
        <w:tc>
          <w:tcPr>
            <w:tcW w:type="dxa" w:w="1584"/>
            <w:shd w:val="clear" w:color="auto" w:fill="1F355E"/>
          </w:tcPr>
          <w:p>
            <w:pPr>
              <w:spacing w:after="40" w:before="40"/>
            </w:pPr>
            <w:r/>
            <w:r>
              <w:rPr>
                <w:b/>
                <w:color w:val="FFFFFF"/>
                <w:sz w:val="20"/>
              </w:rPr>
              <w:t>Timing</w:t>
            </w:r>
          </w:p>
        </w:tc>
      </w:tr>
      <w:tr>
        <w:tc>
          <w:tcPr>
            <w:tcW w:type="dxa" w:w="2160"/>
          </w:tcPr>
          <w:p>
            <w:pPr>
              <w:spacing w:after="40" w:before="40"/>
            </w:pPr>
            <w:r/>
            <w:r>
              <w:rPr>
                <w:sz w:val="20"/>
              </w:rPr>
              <w:t>1. Read the instructions</w:t>
            </w:r>
          </w:p>
        </w:tc>
        <w:tc>
          <w:tcPr>
            <w:tcW w:type="dxa" w:w="5616"/>
          </w:tcPr>
          <w:p>
            <w:pPr>
              <w:spacing w:after="40" w:before="40"/>
            </w:pPr>
            <w:r/>
            <w:r>
              <w:rPr>
                <w:sz w:val="20"/>
              </w:rPr>
              <w:t>Check the funding announcement for whether letters are required, capped in number, counted against the page limit, or merged into a single PDF. Some programs prohibit them outright.</w:t>
            </w:r>
          </w:p>
        </w:tc>
        <w:tc>
          <w:tcPr>
            <w:tcW w:type="dxa" w:w="1584"/>
          </w:tcPr>
          <w:p>
            <w:pPr>
              <w:spacing w:after="40" w:before="40"/>
            </w:pPr>
            <w:r/>
            <w:r>
              <w:rPr>
                <w:sz w:val="20"/>
              </w:rPr>
              <w:t>Before you ask anyone</w:t>
            </w:r>
          </w:p>
        </w:tc>
      </w:tr>
      <w:tr>
        <w:tc>
          <w:tcPr>
            <w:tcW w:type="dxa" w:w="2160"/>
            <w:shd w:val="clear" w:color="auto" w:fill="F2F5F9"/>
          </w:tcPr>
          <w:p>
            <w:pPr>
              <w:spacing w:after="40" w:before="40"/>
            </w:pPr>
            <w:r/>
            <w:r>
              <w:rPr>
                <w:sz w:val="20"/>
              </w:rPr>
              <w:t>2. Pick your writers</w:t>
            </w:r>
          </w:p>
        </w:tc>
        <w:tc>
          <w:tcPr>
            <w:tcW w:type="dxa" w:w="5616"/>
            <w:shd w:val="clear" w:color="auto" w:fill="F2F5F9"/>
          </w:tcPr>
          <w:p>
            <w:pPr>
              <w:spacing w:after="40" w:before="40"/>
            </w:pPr>
            <w:r/>
            <w:r>
              <w:rPr>
                <w:sz w:val="20"/>
              </w:rPr>
              <w:t>List the people whose cooperation the project genuinely depends on, then add voices that prove community demand. Three specific letters beat eight generic ones.</w:t>
            </w:r>
          </w:p>
        </w:tc>
        <w:tc>
          <w:tcPr>
            <w:tcW w:type="dxa" w:w="1584"/>
            <w:shd w:val="clear" w:color="auto" w:fill="F2F5F9"/>
          </w:tcPr>
          <w:p>
            <w:pPr>
              <w:spacing w:after="40" w:before="40"/>
            </w:pPr>
            <w:r/>
            <w:r>
              <w:rPr>
                <w:sz w:val="20"/>
              </w:rPr>
              <w:t>4 weeks out</w:t>
            </w:r>
          </w:p>
        </w:tc>
      </w:tr>
      <w:tr>
        <w:tc>
          <w:tcPr>
            <w:tcW w:type="dxa" w:w="2160"/>
          </w:tcPr>
          <w:p>
            <w:pPr>
              <w:spacing w:after="40" w:before="40"/>
            </w:pPr>
            <w:r/>
            <w:r>
              <w:rPr>
                <w:sz w:val="20"/>
              </w:rPr>
              <w:t>3. Send the ask</w:t>
            </w:r>
          </w:p>
        </w:tc>
        <w:tc>
          <w:tcPr>
            <w:tcW w:type="dxa" w:w="5616"/>
          </w:tcPr>
          <w:p>
            <w:pPr>
              <w:spacing w:after="40" w:before="40"/>
            </w:pPr>
            <w:r/>
            <w:r>
              <w:rPr>
                <w:sz w:val="20"/>
              </w:rPr>
              <w:t>Use the request email on page 3. Attach the matching letter from this pack as a draft, and say plainly that you want it changed.</w:t>
            </w:r>
          </w:p>
        </w:tc>
        <w:tc>
          <w:tcPr>
            <w:tcW w:type="dxa" w:w="1584"/>
          </w:tcPr>
          <w:p>
            <w:pPr>
              <w:spacing w:after="40" w:before="40"/>
            </w:pPr>
            <w:r>
              <w:t>3 weeks out, and 6 weeks out for the elected-official letter</w:t>
            </w:r>
            <w:r>
              <w:rPr>
                <w:sz w:val="20"/>
              </w:rPr>
            </w:r>
          </w:p>
        </w:tc>
      </w:tr>
      <w:tr>
        <w:tc>
          <w:tcPr>
            <w:tcW w:type="dxa" w:w="2160"/>
            <w:shd w:val="clear" w:color="auto" w:fill="F2F5F9"/>
          </w:tcPr>
          <w:p>
            <w:pPr>
              <w:spacing w:after="40" w:before="40"/>
            </w:pPr>
            <w:r/>
            <w:r>
              <w:rPr>
                <w:sz w:val="20"/>
              </w:rPr>
              <w:t>4. Chase and file</w:t>
            </w:r>
          </w:p>
        </w:tc>
        <w:tc>
          <w:tcPr>
            <w:tcW w:type="dxa" w:w="5616"/>
            <w:shd w:val="clear" w:color="auto" w:fill="F2F5F9"/>
          </w:tcPr>
          <w:p>
            <w:pPr>
              <w:spacing w:after="40" w:before="40"/>
            </w:pPr>
            <w:r/>
            <w:r>
              <w:rPr>
                <w:sz w:val="20"/>
              </w:rPr>
              <w:t>Set the internal due date several days ahead of the submission deadline, log it in the tracking table, and follow up once a week.</w:t>
            </w:r>
          </w:p>
        </w:tc>
        <w:tc>
          <w:tcPr>
            <w:tcW w:type="dxa" w:w="1584"/>
            <w:shd w:val="clear" w:color="auto" w:fill="F2F5F9"/>
          </w:tcPr>
          <w:p>
            <w:pPr>
              <w:spacing w:after="40" w:before="40"/>
            </w:pPr>
            <w:r/>
            <w:r>
              <w:rPr>
                <w:sz w:val="20"/>
              </w:rPr>
              <w:t>1 to 3 weeks out</w:t>
            </w:r>
          </w:p>
        </w:tc>
      </w:tr>
      <w:tr>
        <w:tc>
          <w:tcPr>
            <w:tcW w:type="dxa" w:w="2160"/>
          </w:tcPr>
          <w:p>
            <w:pPr>
              <w:spacing w:after="40" w:before="40"/>
            </w:pPr>
            <w:r/>
            <w:r>
              <w:rPr>
                <w:sz w:val="20"/>
              </w:rPr>
              <w:t>5. Check against the budget</w:t>
            </w:r>
          </w:p>
        </w:tc>
        <w:tc>
          <w:tcPr>
            <w:tcW w:type="dxa" w:w="5616"/>
          </w:tcPr>
          <w:p>
            <w:pPr>
              <w:spacing w:after="40" w:before="40"/>
            </w:pPr>
            <w:r/>
            <w:r>
              <w:rPr>
                <w:sz w:val="20"/>
              </w:rPr>
              <w:t>If a letter says a partner donates space, the budget shows that space as in-kind, not as a rental line. Reviewers compare the two.</w:t>
            </w:r>
          </w:p>
        </w:tc>
        <w:tc>
          <w:tcPr>
            <w:tcW w:type="dxa" w:w="1584"/>
          </w:tcPr>
          <w:p>
            <w:pPr>
              <w:spacing w:after="40" w:before="40"/>
            </w:pPr>
            <w:r/>
            <w:r>
              <w:rPr>
                <w:sz w:val="20"/>
              </w:rPr>
              <w:t>Before you submit</w:t>
            </w:r>
          </w:p>
        </w:tc>
      </w:tr>
    </w:tbl>
    <w:p>
      <w:pPr>
        <w:spacing w:after="40"/>
      </w:pPr>
    </w:p>
    <w:p>
      <w:pPr>
        <w:pStyle w:val="Heading2"/>
      </w:pPr>
      <w:r>
        <w:rPr>
          <w:b w:val="0"/>
        </w:rPr>
        <w:t>About the examples in this pack</w:t>
      </w:r>
    </w:p>
    <w:p>
      <w:r>
        <w:rPr>
          <w:b w:val="0"/>
        </w:rPr>
        <w:t>Every organization, program, person, and number in these letters is a composite written for illustration. There is no real applicant, partner, funder, official, parent, or sponsor anywhere in this document, and no figure here was drawn from a real program. The scenario running through all four letters is a small literacy nonprofit seeking $25,000 for a structured reading tutoring project, chosen because it is ordinary enough to adapt to almost anything. Letter 4 assumes a variant in which the project is fiscally sponsored rather than separately incorporated, because that is the only situation in which a sponsor letter applies.</w:t>
      </w:r>
    </w:p>
    <w:p>
      <w:r>
        <w:rPr>
          <w:b w:val="0"/>
        </w:rPr>
        <w:t>Replace every bracketed field, and replace every specific number with one you can defend. The enrollment counts, dates, percentages, and outcomes below exist to show you the shape of a credible sentence, not to be reused. A letter that keeps somebody else's numbers is worse than no letter at all.</w:t>
      </w:r>
    </w:p>
    <w:p>
      <w:r>
        <w:rPr>
          <w:b w:val="0"/>
        </w:rPr>
        <w:t>This pack is practical guidance, not legal or tax advice. Whether any document creates a binding obligation depends on its terms and the law that governs it.</w:t>
      </w:r>
    </w:p>
    <w:p>
      <w:pPr>
        <w:pStyle w:val="Heading2"/>
      </w:pPr>
      <w:r>
        <w:rPr>
          <w:b w:val="0"/>
        </w:rPr>
        <w:t>What separates the four letters</w:t>
      </w:r>
    </w:p>
    <w:tbl>
      <w:tblPr>
        <w:tblStyle w:val="TableGrid"/>
        <w:tblW w:type="auto" w:w="0"/>
        <w:jc w:val="center"/>
        <w:tblLayout w:type="fixed"/>
        <w:tblLook w:firstColumn="1" w:firstRow="1" w:lastColumn="0" w:lastRow="0" w:noHBand="0" w:noVBand="1" w:val="04A0"/>
      </w:tblPr>
      <w:tblGrid>
        <w:gridCol w:w="2340"/>
        <w:gridCol w:w="2340"/>
        <w:gridCol w:w="2340"/>
        <w:gridCol w:w="2340"/>
      </w:tblGrid>
      <w:tr>
        <w:tc>
          <w:tcPr>
            <w:tcW w:type="dxa" w:w="1800"/>
            <w:shd w:val="clear" w:color="auto" w:fill="1F355E"/>
          </w:tcPr>
          <w:p>
            <w:pPr>
              <w:spacing w:after="40" w:before="40"/>
            </w:pPr>
            <w:r/>
            <w:r>
              <w:rPr>
                <w:b/>
                <w:color w:val="FFFFFF"/>
                <w:sz w:val="20"/>
              </w:rPr>
              <w:t>Letter</w:t>
            </w:r>
          </w:p>
        </w:tc>
        <w:tc>
          <w:tcPr>
            <w:tcW w:type="dxa" w:w="2448"/>
            <w:shd w:val="clear" w:color="auto" w:fill="1F355E"/>
          </w:tcPr>
          <w:p>
            <w:pPr>
              <w:spacing w:after="40" w:before="40"/>
            </w:pPr>
            <w:r/>
            <w:r>
              <w:rPr>
                <w:b/>
                <w:color w:val="FFFFFF"/>
                <w:sz w:val="20"/>
              </w:rPr>
              <w:t>Who signs</w:t>
            </w:r>
          </w:p>
        </w:tc>
        <w:tc>
          <w:tcPr>
            <w:tcW w:type="dxa" w:w="3384"/>
            <w:shd w:val="clear" w:color="auto" w:fill="1F355E"/>
          </w:tcPr>
          <w:p>
            <w:pPr>
              <w:spacing w:after="40" w:before="40"/>
            </w:pPr>
            <w:r/>
            <w:r>
              <w:rPr>
                <w:b/>
                <w:color w:val="FFFFFF"/>
                <w:sz w:val="20"/>
              </w:rPr>
              <w:t>What it proves</w:t>
            </w:r>
          </w:p>
        </w:tc>
        <w:tc>
          <w:tcPr>
            <w:tcW w:type="dxa" w:w="2736"/>
            <w:shd w:val="clear" w:color="auto" w:fill="1F355E"/>
          </w:tcPr>
          <w:p>
            <w:pPr>
              <w:spacing w:after="40" w:before="40"/>
            </w:pPr>
            <w:r/>
            <w:r>
              <w:rPr>
                <w:b/>
                <w:color w:val="FFFFFF"/>
                <w:sz w:val="20"/>
              </w:rPr>
              <w:t>Watch for</w:t>
            </w:r>
          </w:p>
        </w:tc>
      </w:tr>
      <w:tr>
        <w:tc>
          <w:tcPr>
            <w:tcW w:type="dxa" w:w="1800"/>
          </w:tcPr>
          <w:p>
            <w:pPr>
              <w:spacing w:after="40" w:before="40"/>
            </w:pPr>
            <w:r/>
            <w:r>
              <w:rPr>
                <w:sz w:val="20"/>
              </w:rPr>
              <w:t>Partner organization</w:t>
            </w:r>
          </w:p>
        </w:tc>
        <w:tc>
          <w:tcPr>
            <w:tcW w:type="dxa" w:w="2448"/>
          </w:tcPr>
          <w:p>
            <w:pPr>
              <w:spacing w:after="40" w:before="40"/>
            </w:pPr>
            <w:r/>
            <w:r>
              <w:rPr>
                <w:sz w:val="20"/>
              </w:rPr>
              <w:t>Executive director of the partner agency</w:t>
            </w:r>
          </w:p>
        </w:tc>
        <w:tc>
          <w:tcPr>
            <w:tcW w:type="dxa" w:w="3384"/>
          </w:tcPr>
          <w:p>
            <w:pPr>
              <w:spacing w:after="40" w:before="40"/>
            </w:pPr>
            <w:r/>
            <w:r>
              <w:rPr>
                <w:sz w:val="20"/>
              </w:rPr>
              <w:t>The collaboration named in your narrative is real and predates the deadline</w:t>
            </w:r>
          </w:p>
        </w:tc>
        <w:tc>
          <w:tcPr>
            <w:tcW w:type="dxa" w:w="2736"/>
          </w:tcPr>
          <w:p>
            <w:pPr>
              <w:spacing w:after="40" w:before="40"/>
            </w:pPr>
            <w:r/>
            <w:r>
              <w:rPr>
                <w:sz w:val="20"/>
              </w:rPr>
              <w:t>Only an officer can pledge space, staff, or money</w:t>
            </w:r>
          </w:p>
        </w:tc>
      </w:tr>
      <w:tr>
        <w:tc>
          <w:tcPr>
            <w:tcW w:type="dxa" w:w="1800"/>
            <w:shd w:val="clear" w:color="auto" w:fill="F2F5F9"/>
          </w:tcPr>
          <w:p>
            <w:pPr>
              <w:spacing w:after="40" w:before="40"/>
            </w:pPr>
            <w:r/>
            <w:r>
              <w:rPr>
                <w:sz w:val="20"/>
              </w:rPr>
              <w:t>Elected official</w:t>
            </w:r>
          </w:p>
        </w:tc>
        <w:tc>
          <w:tcPr>
            <w:tcW w:type="dxa" w:w="2448"/>
            <w:shd w:val="clear" w:color="auto" w:fill="F2F5F9"/>
          </w:tcPr>
          <w:p>
            <w:pPr>
              <w:spacing w:after="40" w:before="40"/>
            </w:pPr>
            <w:r/>
            <w:r>
              <w:rPr>
                <w:sz w:val="20"/>
              </w:rPr>
              <w:t>Council member, commissioner, legislator, or senior staff</w:t>
            </w:r>
          </w:p>
        </w:tc>
        <w:tc>
          <w:tcPr>
            <w:tcW w:type="dxa" w:w="3384"/>
            <w:shd w:val="clear" w:color="auto" w:fill="F2F5F9"/>
          </w:tcPr>
          <w:p>
            <w:pPr>
              <w:spacing w:after="40" w:before="40"/>
            </w:pPr>
            <w:r/>
            <w:r>
              <w:rPr>
                <w:sz w:val="20"/>
              </w:rPr>
              <w:t>The project has public-sector awareness and a district-level need behind it</w:t>
            </w:r>
          </w:p>
        </w:tc>
        <w:tc>
          <w:tcPr>
            <w:tcW w:type="dxa" w:w="2736"/>
            <w:shd w:val="clear" w:color="auto" w:fill="F2F5F9"/>
          </w:tcPr>
          <w:p>
            <w:pPr>
              <w:spacing w:after="40" w:before="40"/>
            </w:pPr>
            <w:r/>
            <w:r>
              <w:rPr>
                <w:sz w:val="20"/>
              </w:rPr>
              <w:t>Many offices have an internal endorsement review; ask early</w:t>
            </w:r>
          </w:p>
        </w:tc>
      </w:tr>
      <w:tr>
        <w:tc>
          <w:tcPr>
            <w:tcW w:type="dxa" w:w="1800"/>
          </w:tcPr>
          <w:p>
            <w:pPr>
              <w:spacing w:after="40" w:before="40"/>
            </w:pPr>
            <w:r/>
            <w:r>
              <w:rPr>
                <w:sz w:val="20"/>
              </w:rPr>
              <w:t>Program participant</w:t>
            </w:r>
          </w:p>
        </w:tc>
        <w:tc>
          <w:tcPr>
            <w:tcW w:type="dxa" w:w="2448"/>
          </w:tcPr>
          <w:p>
            <w:pPr>
              <w:spacing w:after="40" w:before="40"/>
            </w:pPr>
            <w:r/>
            <w:r>
              <w:rPr>
                <w:sz w:val="20"/>
              </w:rPr>
              <w:t>A client, parent, resident, or graduate, in a personal capacity</w:t>
            </w:r>
          </w:p>
        </w:tc>
        <w:tc>
          <w:tcPr>
            <w:tcW w:type="dxa" w:w="3384"/>
          </w:tcPr>
          <w:p>
            <w:pPr>
              <w:spacing w:after="40" w:before="40"/>
            </w:pPr>
            <w:r/>
            <w:r>
              <w:rPr>
                <w:sz w:val="20"/>
              </w:rPr>
              <w:t>Demand comes from the community rather than the org chart</w:t>
            </w:r>
          </w:p>
        </w:tc>
        <w:tc>
          <w:tcPr>
            <w:tcW w:type="dxa" w:w="2736"/>
          </w:tcPr>
          <w:p>
            <w:pPr>
              <w:spacing w:after="40" w:before="40"/>
            </w:pPr>
            <w:r/>
            <w:r>
              <w:rPr>
                <w:sz w:val="20"/>
              </w:rPr>
              <w:t>Written consent, no minors' full names, never tied to services</w:t>
            </w:r>
          </w:p>
        </w:tc>
      </w:tr>
      <w:tr>
        <w:tc>
          <w:tcPr>
            <w:tcW w:type="dxa" w:w="1800"/>
            <w:shd w:val="clear" w:color="auto" w:fill="F2F5F9"/>
          </w:tcPr>
          <w:p>
            <w:pPr>
              <w:spacing w:after="40" w:before="40"/>
            </w:pPr>
            <w:r/>
            <w:r>
              <w:rPr>
                <w:sz w:val="20"/>
              </w:rPr>
              <w:t>Fiscal sponsor</w:t>
            </w:r>
          </w:p>
        </w:tc>
        <w:tc>
          <w:tcPr>
            <w:tcW w:type="dxa" w:w="2448"/>
            <w:shd w:val="clear" w:color="auto" w:fill="F2F5F9"/>
          </w:tcPr>
          <w:p>
            <w:pPr>
              <w:spacing w:after="40" w:before="40"/>
            </w:pPr>
            <w:r/>
            <w:r>
              <w:rPr>
                <w:sz w:val="20"/>
              </w:rPr>
              <w:t>The sponsor's finance officer or executive director</w:t>
            </w:r>
          </w:p>
        </w:tc>
        <w:tc>
          <w:tcPr>
            <w:tcW w:type="dxa" w:w="3384"/>
            <w:shd w:val="clear" w:color="auto" w:fill="F2F5F9"/>
          </w:tcPr>
          <w:p>
            <w:pPr>
              <w:spacing w:after="40" w:before="40"/>
            </w:pPr>
            <w:r/>
            <w:r>
              <w:rPr>
                <w:sz w:val="20"/>
              </w:rPr>
              <w:t>The financial pathway for the funds and the reporting is settled</w:t>
            </w:r>
          </w:p>
        </w:tc>
        <w:tc>
          <w:tcPr>
            <w:tcW w:type="dxa" w:w="2736"/>
            <w:shd w:val="clear" w:color="auto" w:fill="F2F5F9"/>
          </w:tcPr>
          <w:p>
            <w:pPr>
              <w:spacing w:after="40" w:before="40"/>
            </w:pPr>
            <w:r/>
            <w:r>
              <w:rPr>
                <w:sz w:val="20"/>
              </w:rPr>
              <w:t>Confirm the funder allows the sponsor's administrative fee</w:t>
            </w:r>
          </w:p>
        </w:tc>
      </w:tr>
    </w:tbl>
    <w:p>
      <w:pPr>
        <w:spacing w:after="40"/>
      </w:pPr>
    </w:p>
    <w:p>
      <w:pPr>
        <w:pStyle w:val="Heading2"/>
      </w:pPr>
      <w:r>
        <w:rPr>
          <w:b w:val="0"/>
        </w:rPr>
        <w:t>The seven parts every letter contains</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2304"/>
            <w:shd w:val="clear" w:color="auto" w:fill="1F355E"/>
          </w:tcPr>
          <w:p>
            <w:pPr>
              <w:spacing w:after="40" w:before="40"/>
            </w:pPr>
            <w:r/>
            <w:r>
              <w:rPr>
                <w:b/>
                <w:color w:val="FFFFFF"/>
                <w:sz w:val="20"/>
              </w:rPr>
              <w:t>Part</w:t>
            </w:r>
          </w:p>
        </w:tc>
        <w:tc>
          <w:tcPr>
            <w:tcW w:type="dxa" w:w="5472"/>
            <w:shd w:val="clear" w:color="auto" w:fill="1F355E"/>
          </w:tcPr>
          <w:p>
            <w:pPr>
              <w:spacing w:after="40" w:before="40"/>
            </w:pPr>
            <w:r/>
            <w:r>
              <w:rPr>
                <w:b/>
                <w:color w:val="FFFFFF"/>
                <w:sz w:val="20"/>
              </w:rPr>
              <w:t>What it does</w:t>
            </w:r>
          </w:p>
        </w:tc>
        <w:tc>
          <w:tcPr>
            <w:tcW w:type="dxa" w:w="1584"/>
            <w:shd w:val="clear" w:color="auto" w:fill="1F355E"/>
          </w:tcPr>
          <w:p>
            <w:pPr>
              <w:spacing w:after="40" w:before="40"/>
            </w:pPr>
            <w:r/>
            <w:r>
              <w:rPr>
                <w:b/>
                <w:color w:val="FFFFFF"/>
                <w:sz w:val="20"/>
              </w:rPr>
              <w:t>Length</w:t>
            </w:r>
          </w:p>
        </w:tc>
      </w:tr>
      <w:tr>
        <w:tc>
          <w:tcPr>
            <w:tcW w:type="dxa" w:w="2304"/>
          </w:tcPr>
          <w:p>
            <w:pPr>
              <w:spacing w:after="40" w:before="40"/>
            </w:pPr>
            <w:r>
              <w:t>Letterhead and date, or a personal name and address block for a participant writing in a personal capacity</w:t>
            </w:r>
            <w:r>
              <w:rPr>
                <w:sz w:val="20"/>
              </w:rPr>
            </w:r>
          </w:p>
        </w:tc>
        <w:tc>
          <w:tcPr>
            <w:tcW w:type="dxa" w:w="5472"/>
          </w:tcPr>
          <w:p>
            <w:pPr>
              <w:spacing w:after="40" w:before="40"/>
            </w:pPr>
            <w:r/>
            <w:r>
              <w:rPr>
                <w:sz w:val="20"/>
              </w:rPr>
              <w:t>Establishes the writer is who they say they are</w:t>
            </w:r>
          </w:p>
        </w:tc>
        <w:tc>
          <w:tcPr>
            <w:tcW w:type="dxa" w:w="1584"/>
          </w:tcPr>
          <w:p>
            <w:pPr>
              <w:spacing w:after="40" w:before="40"/>
            </w:pPr>
            <w:r/>
            <w:r>
              <w:rPr>
                <w:sz w:val="20"/>
              </w:rPr>
              <w:t>Header block</w:t>
            </w:r>
          </w:p>
        </w:tc>
      </w:tr>
      <w:tr>
        <w:tc>
          <w:tcPr>
            <w:tcW w:type="dxa" w:w="2304"/>
            <w:shd w:val="clear" w:color="auto" w:fill="F2F5F9"/>
          </w:tcPr>
          <w:p>
            <w:pPr>
              <w:spacing w:after="40" w:before="40"/>
            </w:pPr>
            <w:r/>
            <w:r>
              <w:rPr>
                <w:sz w:val="20"/>
              </w:rPr>
              <w:t>Address block</w:t>
            </w:r>
          </w:p>
        </w:tc>
        <w:tc>
          <w:tcPr>
            <w:tcW w:type="dxa" w:w="5472"/>
            <w:shd w:val="clear" w:color="auto" w:fill="F2F5F9"/>
          </w:tcPr>
          <w:p>
            <w:pPr>
              <w:spacing w:after="40" w:before="40"/>
            </w:pPr>
            <w:r/>
            <w:r>
              <w:rPr>
                <w:sz w:val="20"/>
              </w:rPr>
              <w:t>Names the funder, program officer, and opportunity title</w:t>
            </w:r>
          </w:p>
        </w:tc>
        <w:tc>
          <w:tcPr>
            <w:tcW w:type="dxa" w:w="1584"/>
            <w:shd w:val="clear" w:color="auto" w:fill="F2F5F9"/>
          </w:tcPr>
          <w:p>
            <w:pPr>
              <w:spacing w:after="40" w:before="40"/>
            </w:pPr>
            <w:r/>
            <w:r>
              <w:rPr>
                <w:sz w:val="20"/>
              </w:rPr>
              <w:t>3 to 4 lines</w:t>
            </w:r>
          </w:p>
        </w:tc>
      </w:tr>
      <w:tr>
        <w:tc>
          <w:tcPr>
            <w:tcW w:type="dxa" w:w="2304"/>
          </w:tcPr>
          <w:p>
            <w:pPr>
              <w:spacing w:after="40" w:before="40"/>
            </w:pPr>
            <w:r/>
            <w:r>
              <w:rPr>
                <w:sz w:val="20"/>
              </w:rPr>
              <w:t>Opening statement</w:t>
            </w:r>
          </w:p>
        </w:tc>
        <w:tc>
          <w:tcPr>
            <w:tcW w:type="dxa" w:w="5472"/>
          </w:tcPr>
          <w:p>
            <w:pPr>
              <w:spacing w:after="40" w:before="40"/>
            </w:pPr>
            <w:r/>
            <w:r>
              <w:rPr>
                <w:sz w:val="20"/>
              </w:rPr>
              <w:t>Names the applicant, the project, and the specific grant</w:t>
            </w:r>
          </w:p>
        </w:tc>
        <w:tc>
          <w:tcPr>
            <w:tcW w:type="dxa" w:w="1584"/>
          </w:tcPr>
          <w:p>
            <w:pPr>
              <w:spacing w:after="40" w:before="40"/>
            </w:pPr>
            <w:r/>
            <w:r>
              <w:rPr>
                <w:sz w:val="20"/>
              </w:rPr>
              <w:t>1 to 2 sentences</w:t>
            </w:r>
          </w:p>
        </w:tc>
      </w:tr>
      <w:tr>
        <w:tc>
          <w:tcPr>
            <w:tcW w:type="dxa" w:w="2304"/>
            <w:shd w:val="clear" w:color="auto" w:fill="F2F5F9"/>
          </w:tcPr>
          <w:p>
            <w:pPr>
              <w:spacing w:after="40" w:before="40"/>
            </w:pPr>
            <w:r/>
            <w:r>
              <w:rPr>
                <w:sz w:val="20"/>
              </w:rPr>
              <w:t>Relationship</w:t>
            </w:r>
          </w:p>
        </w:tc>
        <w:tc>
          <w:tcPr>
            <w:tcW w:type="dxa" w:w="5472"/>
            <w:shd w:val="clear" w:color="auto" w:fill="F2F5F9"/>
          </w:tcPr>
          <w:p>
            <w:pPr>
              <w:spacing w:after="40" w:before="40"/>
            </w:pPr>
            <w:r/>
            <w:r>
              <w:rPr>
                <w:sz w:val="20"/>
              </w:rPr>
              <w:t>States how the writer knows the applicant and for how long</w:t>
            </w:r>
          </w:p>
        </w:tc>
        <w:tc>
          <w:tcPr>
            <w:tcW w:type="dxa" w:w="1584"/>
            <w:shd w:val="clear" w:color="auto" w:fill="F2F5F9"/>
          </w:tcPr>
          <w:p>
            <w:pPr>
              <w:spacing w:after="40" w:before="40"/>
            </w:pPr>
            <w:r/>
            <w:r>
              <w:rPr>
                <w:sz w:val="20"/>
              </w:rPr>
              <w:t>2 to 3 sentences</w:t>
            </w:r>
          </w:p>
        </w:tc>
      </w:tr>
      <w:tr>
        <w:tc>
          <w:tcPr>
            <w:tcW w:type="dxa" w:w="2304"/>
          </w:tcPr>
          <w:p>
            <w:pPr>
              <w:spacing w:after="40" w:before="40"/>
            </w:pPr>
            <w:r/>
            <w:r>
              <w:rPr>
                <w:sz w:val="20"/>
              </w:rPr>
              <w:t>Substantive endorsement</w:t>
            </w:r>
          </w:p>
        </w:tc>
        <w:tc>
          <w:tcPr>
            <w:tcW w:type="dxa" w:w="5472"/>
          </w:tcPr>
          <w:p>
            <w:pPr>
              <w:spacing w:after="40" w:before="40"/>
            </w:pPr>
            <w:r/>
            <w:r>
              <w:rPr>
                <w:sz w:val="20"/>
              </w:rPr>
              <w:t>Gives one thing only this writer would know</w:t>
            </w:r>
          </w:p>
        </w:tc>
        <w:tc>
          <w:tcPr>
            <w:tcW w:type="dxa" w:w="1584"/>
          </w:tcPr>
          <w:p>
            <w:pPr>
              <w:spacing w:after="40" w:before="40"/>
            </w:pPr>
            <w:r/>
            <w:r>
              <w:rPr>
                <w:sz w:val="20"/>
              </w:rPr>
              <w:t>3 to 5 sentences</w:t>
            </w:r>
          </w:p>
        </w:tc>
      </w:tr>
      <w:tr>
        <w:tc>
          <w:tcPr>
            <w:tcW w:type="dxa" w:w="2304"/>
            <w:shd w:val="clear" w:color="auto" w:fill="F2F5F9"/>
          </w:tcPr>
          <w:p>
            <w:pPr>
              <w:spacing w:after="40" w:before="40"/>
            </w:pPr>
            <w:r/>
            <w:r>
              <w:rPr>
                <w:sz w:val="20"/>
              </w:rPr>
              <w:t>Contribution or role</w:t>
            </w:r>
          </w:p>
        </w:tc>
        <w:tc>
          <w:tcPr>
            <w:tcW w:type="dxa" w:w="5472"/>
            <w:shd w:val="clear" w:color="auto" w:fill="F2F5F9"/>
          </w:tcPr>
          <w:p>
            <w:pPr>
              <w:spacing w:after="40" w:before="40"/>
            </w:pPr>
            <w:r/>
            <w:r>
              <w:rPr>
                <w:sz w:val="20"/>
              </w:rPr>
              <w:t>Says what the writer will do if funded, or what they vouch for</w:t>
            </w:r>
          </w:p>
        </w:tc>
        <w:tc>
          <w:tcPr>
            <w:tcW w:type="dxa" w:w="1584"/>
            <w:shd w:val="clear" w:color="auto" w:fill="F2F5F9"/>
          </w:tcPr>
          <w:p>
            <w:pPr>
              <w:spacing w:after="40" w:before="40"/>
            </w:pPr>
            <w:r/>
            <w:r>
              <w:rPr>
                <w:sz w:val="20"/>
              </w:rPr>
              <w:t>2 to 3 sentences</w:t>
            </w:r>
          </w:p>
        </w:tc>
      </w:tr>
      <w:tr>
        <w:tc>
          <w:tcPr>
            <w:tcW w:type="dxa" w:w="2304"/>
          </w:tcPr>
          <w:p>
            <w:pPr>
              <w:spacing w:after="40" w:before="40"/>
            </w:pPr>
            <w:r/>
            <w:r>
              <w:rPr>
                <w:sz w:val="20"/>
              </w:rPr>
              <w:t>Signature block</w:t>
            </w:r>
          </w:p>
        </w:tc>
        <w:tc>
          <w:tcPr>
            <w:tcW w:type="dxa" w:w="5472"/>
          </w:tcPr>
          <w:p>
            <w:pPr>
              <w:spacing w:after="40" w:before="40"/>
            </w:pPr>
            <w:r/>
            <w:r>
              <w:rPr>
                <w:sz w:val="20"/>
              </w:rPr>
              <w:t>Name, title, organization, direct contact</w:t>
            </w:r>
          </w:p>
        </w:tc>
        <w:tc>
          <w:tcPr>
            <w:tcW w:type="dxa" w:w="1584"/>
          </w:tcPr>
          <w:p>
            <w:pPr>
              <w:spacing w:after="40" w:before="40"/>
            </w:pPr>
            <w:r/>
            <w:r>
              <w:rPr>
                <w:sz w:val="20"/>
              </w:rPr>
              <w:t>4 to 5 lines</w:t>
            </w:r>
          </w:p>
        </w:tc>
      </w:tr>
    </w:tbl>
    <w:p>
      <w:pPr>
        <w:spacing w:after="40"/>
      </w:pPr>
    </w:p>
    <w:p>
      <w:pPr>
        <w:pStyle w:val="AdaptationNote"/>
      </w:pPr>
      <w:r>
        <w:rPr>
          <w:b w:val="0"/>
        </w:rPr>
        <w:t>The substantive endorsement is the paragraph that separates a useful letter from a form letter. It has to contain a fact the applicant could not credibly assert about itself.</w:t>
      </w:r>
    </w:p>
    <w:p>
      <w:r>
        <w:br w:type="page"/>
      </w:r>
    </w:p>
    <w:p>
      <w:pPr>
        <w:pStyle w:val="Heading1"/>
      </w:pPr>
      <w:r>
        <w:rPr>
          <w:b w:val="0"/>
        </w:rPr>
        <w:t>The Ask: Email You Send to Request a Letter</w:t>
      </w:r>
    </w:p>
    <w:p>
      <w:r>
        <w:rPr>
          <w:b w:val="0"/>
        </w:rPr>
        <w:t>Send this three weeks before your submission deadline, with the matching draft letter attached as an editable document. Executives sign things slowly, and the person you need is often the one traveling.</w:t>
      </w:r>
    </w:p>
    <w:p>
      <w:pPr>
        <w:pStyle w:val="LetterMeta"/>
        <w:spacing w:after="160"/>
      </w:pPr>
      <w:r>
        <w:rPr>
          <w:b w:val="0"/>
        </w:rPr>
        <w:t>Subject: Letter of support request, [Grant Program Name], signed copy needed by [internal due date]</w:t>
      </w:r>
    </w:p>
    <w:p>
      <w:pPr>
        <w:pStyle w:val="LetterBody"/>
      </w:pPr>
      <w:r>
        <w:rPr>
          <w:b w:val="0"/>
        </w:rPr>
        <w:t>Dear [Name],</w:t>
      </w:r>
    </w:p>
    <w:p>
      <w:pPr>
        <w:pStyle w:val="LetterBody"/>
      </w:pPr>
      <w:r>
        <w:rPr>
          <w:b w:val="0"/>
        </w:rPr>
        <w:t>[Applicant Organization] is applying to the [Grant Program Name] for [Project Name], and I am asking whether you would sign a one-page letter of support. The funder's deadline is [submission date], and I am asking everyone for signed letters by [internal due date, three to five days earlier] so I can assemble the attachments without a scramble.</w:t>
      </w:r>
    </w:p>
    <w:p>
      <w:pPr>
        <w:pStyle w:val="LetterBody"/>
      </w:pPr>
      <w:r>
        <w:rPr>
          <w:b w:val="0"/>
        </w:rPr>
        <w:t>The short version of the project: [one or two sentences naming who the project serves, what it does, the amount requested, and the period it covers]. Your name is in the application because [the reason this specific person matters to the project].</w:t>
      </w:r>
    </w:p>
    <w:p>
      <w:pPr>
        <w:pStyle w:val="LetterBody"/>
      </w:pPr>
      <w:r>
        <w:rPr>
          <w:b w:val="0"/>
        </w:rPr>
        <w:t>I have attached a draft so you are not starting from a blank page. Please change it. The letters that help most are the ones that sound like the person signing them and contain something only you would know, so if a paragraph in my draft is not true or not yours, cut it. If it comes back identical to what I sent, a reviewer will be able to tell.</w:t>
      </w:r>
    </w:p>
    <w:p>
      <w:pPr>
        <w:pStyle w:val="LetterBody"/>
      </w:pPr>
      <w:r>
        <w:rPr>
          <w:b w:val="0"/>
        </w:rPr>
        <w:t>What I need in the signed version:</w:t>
      </w:r>
    </w:p>
    <w:p>
      <w:pPr>
        <w:pStyle w:val="ListBullet"/>
        <w:spacing w:after="60"/>
        <w:ind w:left="792"/>
      </w:pPr>
      <w:r>
        <w:t>Your organization's letterhead, and a date inside the current cycle, for an organizational signer; a participant writing in a personal capacity uses a plain name and address block instead</w:t>
      </w:r>
    </w:p>
    <w:p>
      <w:pPr>
        <w:pStyle w:val="ListBullet"/>
        <w:spacing w:after="60"/>
        <w:ind w:left="792"/>
      </w:pPr>
      <w:r>
        <w:t>The funder addressed as [Program Officer Name], [Funder Name]</w:t>
      </w:r>
    </w:p>
    <w:p>
      <w:pPr>
        <w:pStyle w:val="ListBullet"/>
        <w:spacing w:after="60"/>
        <w:ind w:left="792"/>
      </w:pPr>
      <w:r>
        <w:t>The grant named exactly as [Grant Program Name]</w:t>
      </w:r>
    </w:p>
    <w:p>
      <w:pPr>
        <w:pStyle w:val="ListBullet"/>
        <w:spacing w:after="60"/>
        <w:ind w:left="792"/>
      </w:pPr>
      <w:r>
        <w:t>A signature, scanned or handwritten, plus your direct phone number</w:t>
      </w:r>
    </w:p>
    <w:p>
      <w:pPr>
        <w:pStyle w:val="ListBullet"/>
        <w:spacing w:after="60"/>
        <w:ind w:left="792"/>
      </w:pPr>
      <w:r>
        <w:t>One page, returned as PDF</w:t>
      </w:r>
    </w:p>
    <w:p>
      <w:pPr>
        <w:pStyle w:val="LetterBody"/>
      </w:pPr>
      <w:r>
        <w:rPr>
          <w:b w:val="0"/>
        </w:rPr>
        <w:t>If it is easier to talk it through, I have [day] and [day] open and it takes ten minutes. Thank you either way, and I will send you the outcome once we hear back.</w:t>
      </w:r>
    </w:p>
    <w:p>
      <w:pPr>
        <w:pStyle w:val="LetterBody"/>
      </w:pPr>
      <w:r>
        <w:rPr>
          <w:b w:val="0"/>
        </w:rPr>
        <w:t>Best regards,</w:t>
      </w:r>
    </w:p>
    <w:p>
      <w:pPr>
        <w:pStyle w:val="LetterMeta"/>
      </w:pPr>
      <w:r>
        <w:rPr>
          <w:b w:val="0"/>
        </w:rPr>
        <w:t>[Your Name]</w:t>
      </w:r>
    </w:p>
    <w:p>
      <w:pPr>
        <w:pStyle w:val="LetterMeta"/>
      </w:pPr>
      <w:r>
        <w:rPr>
          <w:b w:val="0"/>
        </w:rPr>
        <w:t>[Your Title], [Applicant Organization]</w:t>
      </w:r>
    </w:p>
    <w:p>
      <w:pPr>
        <w:pStyle w:val="LetterMeta"/>
      </w:pPr>
      <w:r>
        <w:rPr>
          <w:b w:val="0"/>
        </w:rPr>
        <w:t>[Direct phone] | [Email]</w:t>
      </w:r>
    </w:p>
    <w:p>
      <w:pPr>
        <w:pStyle w:val="AdaptationNote"/>
      </w:pPr>
      <w:r>
        <w:rPr>
          <w:b w:val="0"/>
        </w:rPr>
        <w:t>Attach the letter as .docx rather than PDF. A signer who has to retype your draft usually writes two generic sentences instead.</w:t>
      </w:r>
    </w:p>
    <w:p>
      <w:r>
        <w:br w:type="page"/>
      </w:r>
    </w:p>
    <w:p>
      <w:pPr>
        <w:pStyle w:val="Heading1"/>
      </w:pPr>
      <w:r>
        <w:rPr>
          <w:b w:val="0"/>
        </w:rPr>
        <w:t>Letter 1: Partner Organization</w:t>
      </w:r>
    </w:p>
    <w:p>
      <w:r>
        <w:rPr>
          <w:b w:val="0"/>
        </w:rPr>
        <w:t>For the director of a partner nonprofit or agency whose cooperation the project depends on. This is the letter reviewers weigh most heavily, because it is the one that proves your collaboration existed before the deadline.</w:t>
      </w:r>
    </w:p>
    <w:p>
      <w:pPr>
        <w:spacing w:before="40" w:after="200"/>
        <w:pBdr>
          <w:bottom w:val="single" w:sz="6" w:space="1" w:color="C7CDD6"/>
        </w:pBdr>
      </w:pPr>
    </w:p>
    <w:p>
      <w:pPr>
        <w:pStyle w:val="LetterMeta"/>
        <w:spacing w:after="200"/>
      </w:pPr>
      <w:r>
        <w:rPr>
          <w:b w:val="0"/>
        </w:rPr>
        <w:t>[PARTNER ORGANIZATION LETTERHEAD]</w:t>
      </w:r>
    </w:p>
    <w:p>
      <w:pPr>
        <w:pStyle w:val="LetterMeta"/>
      </w:pPr>
      <w:r>
        <w:rPr>
          <w:b w:val="0"/>
        </w:rPr>
        <w:t>[Date, inside the current application cycle]</w:t>
      </w:r>
    </w:p>
    <w:p>
      <w:pPr>
        <w:pStyle w:val="LetterMeta"/>
      </w:pPr>
    </w:p>
    <w:p>
      <w:pPr>
        <w:pStyle w:val="LetterMeta"/>
      </w:pPr>
      <w:r>
        <w:rPr>
          <w:b w:val="0"/>
        </w:rPr>
        <w:t>[Program Officer Name], [Title]</w:t>
      </w:r>
    </w:p>
    <w:p>
      <w:pPr>
        <w:pStyle w:val="LetterMeta"/>
      </w:pPr>
      <w:r>
        <w:rPr>
          <w:b w:val="0"/>
        </w:rPr>
        <w:t>[Funder Name]</w:t>
      </w:r>
    </w:p>
    <w:p>
      <w:pPr>
        <w:pStyle w:val="LetterMeta"/>
      </w:pPr>
      <w:r>
        <w:rPr>
          <w:b w:val="0"/>
        </w:rPr>
        <w:t>[Street Address]</w:t>
      </w:r>
    </w:p>
    <w:p>
      <w:pPr>
        <w:pStyle w:val="LetterMeta"/>
      </w:pPr>
      <w:r>
        <w:rPr>
          <w:b w:val="0"/>
        </w:rPr>
        <w:t>[City, State ZIP]</w:t>
      </w:r>
    </w:p>
    <w:p>
      <w:pPr>
        <w:pStyle w:val="LetterMeta"/>
        <w:spacing w:after="120"/>
      </w:pPr>
    </w:p>
    <w:p>
      <w:pPr>
        <w:pStyle w:val="LetterBody"/>
        <w:spacing w:after="200"/>
      </w:pPr>
      <w:r>
        <w:rPr>
          <w:b w:val="0"/>
        </w:rPr>
        <w:t>RE: Letter of support for [Applicant Organization]'s application to the [Grant Program Name]</w:t>
      </w:r>
    </w:p>
    <w:p>
      <w:pPr>
        <w:pStyle w:val="LetterBody"/>
      </w:pPr>
      <w:r>
        <w:rPr>
          <w:b w:val="0"/>
        </w:rPr>
        <w:t>Dear [Program Officer Name],</w:t>
      </w:r>
    </w:p>
    <w:p>
      <w:pPr>
        <w:pStyle w:val="LetterBody"/>
      </w:pPr>
      <w:r>
        <w:rPr>
          <w:b w:val="0"/>
        </w:rPr>
        <w:t>I am writing in support of [Applicant Organization]'s application to the [Grant Program Name] for [Project Name], its structured literacy tutoring initiative for students in grades two through five. [Partner Organization] runs the after-school program that serves the same neighborhood, and I have worked alongside [Applicant Organization]'s staff for the past four years.</w:t>
      </w:r>
    </w:p>
    <w:p>
      <w:pPr>
        <w:pStyle w:val="LetterBody"/>
      </w:pPr>
      <w:r>
        <w:rPr>
          <w:b w:val="0"/>
        </w:rPr>
        <w:t>Our site enrolls roughly 90 students each fall and carries a waiting list from October onward. We can supervise homework and we do it well, but nobody on my staff is trained to run reading intervention, so every year we refer families out and most of them never land anywhere. [Applicant Organization] is the only provider in this ZIP code running structured, assessment-driven literacy tutoring, and their coordinator has already trained two of my volunteers on the screener they use. I have sat in on three of their sessions. They are quiet, they are planned, and every tutor knew exactly where their student had stopped the week before.</w:t>
      </w:r>
    </w:p>
    <w:p>
      <w:pPr>
        <w:pStyle w:val="LetterBody"/>
      </w:pPr>
      <w:r>
        <w:rPr>
          <w:b w:val="0"/>
        </w:rPr>
        <w:t>If the [Grant Program Name] funds this project, [Partner Organization] will host tutoring sessions in our community room three afternoons a week at no cost to the grant, and our site director will refer eligible students from our waiting list starting the first week of programming. We have the room, we have the demand, and we would rather this program run in our building than watch families drive across the county for it.</w:t>
      </w:r>
    </w:p>
    <w:p>
      <w:pPr>
        <w:pStyle w:val="LetterBody"/>
      </w:pPr>
      <w:r>
        <w:rPr>
          <w:b w:val="0"/>
        </w:rPr>
        <w:t>I am glad to answer any question about our role, including how we will handle scheduling and student referrals. You can reach me directly at [phone] or [email].</w:t>
      </w:r>
    </w:p>
    <w:p>
      <w:pPr>
        <w:pStyle w:val="LetterBody"/>
      </w:pPr>
      <w:r>
        <w:rPr>
          <w:b w:val="0"/>
        </w:rPr>
        <w:t>Sincerely,</w:t>
      </w:r>
    </w:p>
    <w:p>
      <w:pPr>
        <w:pStyle w:val="LetterMeta"/>
        <w:spacing w:after="240"/>
      </w:pPr>
      <w:r>
        <w:rPr>
          <w:b w:val="0"/>
        </w:rPr>
        <w:t>[Scanned or handwritten signature]</w:t>
      </w:r>
    </w:p>
    <w:p>
      <w:pPr>
        <w:pStyle w:val="LetterMeta"/>
      </w:pPr>
      <w:r>
        <w:rPr>
          <w:b w:val="0"/>
        </w:rPr>
        <w:t>[Name]</w:t>
      </w:r>
    </w:p>
    <w:p>
      <w:pPr>
        <w:pStyle w:val="LetterMeta"/>
      </w:pPr>
      <w:r>
        <w:rPr>
          <w:b w:val="0"/>
        </w:rPr>
        <w:t>Executive Director, [Partner Organization]</w:t>
      </w:r>
    </w:p>
    <w:p>
      <w:pPr>
        <w:pStyle w:val="LetterMeta"/>
      </w:pPr>
      <w:r>
        <w:rPr>
          <w:b w:val="0"/>
        </w:rPr>
        <w:t>[Direct phone] | [Email]</w:t>
      </w:r>
    </w:p>
    <w:p>
      <w:pPr>
        <w:pStyle w:val="Heading2"/>
      </w:pPr>
      <w:r>
        <w:rPr>
          <w:b w:val="0"/>
        </w:rPr>
        <w:t>Adapting this letter</w:t>
      </w:r>
    </w:p>
    <w:p>
      <w:pPr>
        <w:pStyle w:val="ListBullet"/>
      </w:pPr>
      <w:r>
        <w:t>Paragraph 1 sets the relationship clock. Say how many years, and say it in the first three sentences. A reviewer decides early whether the partnership predates the application.</w:t>
      </w:r>
    </w:p>
    <w:p>
      <w:pPr>
        <w:pStyle w:val="ListBullet"/>
      </w:pPr>
      <w:r>
        <w:t>Paragraph 2 is the one that earns the attachment. It has to supply a fact the applicant could not state about itself without sounding self-serving: the waiting list, the referrals with nowhere to go, the absence of anyone else doing this work locally. Replace the enrollment number with the partner's real one.</w:t>
      </w:r>
    </w:p>
    <w:p>
      <w:pPr>
        <w:pStyle w:val="ListBullet"/>
      </w:pPr>
      <w:r>
        <w:t>Paragraph 3 names something concrete and countable: a room, three afternoons, at no cost to the grant. If the person signing cannot authorize that offer, either move the offer to a commitment letter signed by someone who can, or cut it and keep the referral pledge.</w:t>
      </w:r>
    </w:p>
    <w:p>
      <w:pPr>
        <w:pStyle w:val="ListBullet"/>
      </w:pPr>
      <w:r>
        <w:t>Check the offer against your budget before you submit. Donated space appears in the budget as in-kind, not as a rental line, and a reviewer comparing the two will find the mismatch.</w:t>
      </w:r>
    </w:p>
    <w:p>
      <w:pPr>
        <w:pStyle w:val="ListBullet"/>
      </w:pPr>
      <w:r>
        <w:t>If the partner is a school or district, swap the community room for building access and staff release time, and have the principal or a district administrator sign.</w:t>
      </w:r>
    </w:p>
    <w:p>
      <w:r>
        <w:br w:type="page"/>
      </w:r>
    </w:p>
    <w:p>
      <w:pPr>
        <w:pStyle w:val="Heading1"/>
      </w:pPr>
      <w:r>
        <w:rPr>
          <w:b w:val="0"/>
        </w:rPr>
        <w:t>Letter 2: Elected Official or Municipal Staff</w:t>
      </w:r>
    </w:p>
    <w:p>
      <w:r>
        <w:rPr>
          <w:b w:val="0"/>
        </w:rPr>
        <w:t>For a council member, county commissioner, state legislator, or senior municipal staffer whose district or portfolio covers the project. This letter proves public-sector awareness. It should not promise public money unless the office has actually appropriated it.</w:t>
      </w:r>
    </w:p>
    <w:p>
      <w:pPr>
        <w:spacing w:before="40" w:after="200"/>
        <w:pBdr>
          <w:bottom w:val="single" w:sz="6" w:space="1" w:color="C7CDD6"/>
        </w:pBdr>
      </w:pPr>
    </w:p>
    <w:p>
      <w:pPr>
        <w:pStyle w:val="LetterMeta"/>
        <w:spacing w:after="200"/>
      </w:pPr>
      <w:r>
        <w:rPr>
          <w:b w:val="0"/>
        </w:rPr>
        <w:t>[OFFICE LETTERHEAD, CITY, COUNTY, OR LEGISLATIVE]</w:t>
      </w:r>
    </w:p>
    <w:p>
      <w:pPr>
        <w:pStyle w:val="LetterMeta"/>
      </w:pPr>
      <w:r>
        <w:rPr>
          <w:b w:val="0"/>
        </w:rPr>
        <w:t>[Date, inside the current application cycle]</w:t>
      </w:r>
    </w:p>
    <w:p>
      <w:pPr>
        <w:pStyle w:val="LetterMeta"/>
      </w:pPr>
    </w:p>
    <w:p>
      <w:pPr>
        <w:pStyle w:val="LetterMeta"/>
      </w:pPr>
      <w:r>
        <w:rPr>
          <w:b w:val="0"/>
        </w:rPr>
        <w:t>[Program Officer Name], [Title]</w:t>
      </w:r>
    </w:p>
    <w:p>
      <w:pPr>
        <w:pStyle w:val="LetterMeta"/>
      </w:pPr>
      <w:r>
        <w:rPr>
          <w:b w:val="0"/>
        </w:rPr>
        <w:t>[Funder Name]</w:t>
      </w:r>
    </w:p>
    <w:p>
      <w:pPr>
        <w:pStyle w:val="LetterMeta"/>
      </w:pPr>
      <w:r>
        <w:rPr>
          <w:b w:val="0"/>
        </w:rPr>
        <w:t>[Street Address]</w:t>
      </w:r>
    </w:p>
    <w:p>
      <w:pPr>
        <w:pStyle w:val="LetterMeta"/>
      </w:pPr>
      <w:r>
        <w:rPr>
          <w:b w:val="0"/>
        </w:rPr>
        <w:t>[City, State ZIP]</w:t>
      </w:r>
    </w:p>
    <w:p>
      <w:pPr>
        <w:pStyle w:val="LetterMeta"/>
        <w:spacing w:after="120"/>
      </w:pPr>
    </w:p>
    <w:p>
      <w:pPr>
        <w:pStyle w:val="LetterBody"/>
        <w:spacing w:after="200"/>
      </w:pPr>
      <w:r>
        <w:rPr>
          <w:b w:val="0"/>
        </w:rPr>
        <w:t>RE: Support for [Applicant Organization]'s [Project Name] application to the [Grant Program Name]</w:t>
      </w:r>
    </w:p>
    <w:p>
      <w:pPr>
        <w:pStyle w:val="LetterBody"/>
      </w:pPr>
      <w:r>
        <w:rPr>
          <w:b w:val="0"/>
        </w:rPr>
        <w:t>Dear [Program Officer Name],</w:t>
      </w:r>
    </w:p>
    <w:p>
      <w:pPr>
        <w:pStyle w:val="LetterBody"/>
      </w:pPr>
      <w:r>
        <w:rPr>
          <w:b w:val="0"/>
        </w:rPr>
        <w:t>I write as [Office and Title, for example Council Member for District 4, or County Commissioner for the Second District] to support [Applicant Organization]'s application to the [Grant Program Name] for [Project Name]. The neighborhoods this project would serve sit inside the area I represent.</w:t>
      </w:r>
    </w:p>
    <w:p>
      <w:pPr>
        <w:pStyle w:val="LetterBody"/>
      </w:pPr>
      <w:r>
        <w:rPr>
          <w:b w:val="0"/>
        </w:rPr>
        <w:t>My office first worked with [Applicant Organization] in [year], when we began referring families to their tutoring program after constituents raised reading support at a district meeting on school readiness. Since then my staff have sent them [number] referrals and have not once been told a family would be turned away without a plan. Reading help outside school hours comes up in our constituent correspondence more often than any other youth service, and there is no municipal program that provides it here. I have visited their site and spoken with parents waiting in the hallway. This is a real gap and [Applicant Organization] is the group filling it.</w:t>
      </w:r>
    </w:p>
    <w:p>
      <w:pPr>
        <w:pStyle w:val="LetterBody"/>
      </w:pPr>
      <w:r>
        <w:rPr>
          <w:b w:val="0"/>
        </w:rPr>
        <w:t>This office administers no funds for this project and makes no financial commitment in this letter. What I can offer is continuity and reach: my staff will keep referring constituent families to [Project Name], we will carry enrollment information in the district newsletter and at our monthly office hours, and where an introduction to [City or County department] would help the project move, we will make it.</w:t>
      </w:r>
    </w:p>
    <w:p>
      <w:pPr>
        <w:pStyle w:val="LetterBody"/>
      </w:pPr>
      <w:r>
        <w:rPr>
          <w:b w:val="0"/>
        </w:rPr>
        <w:t>I am glad to speak with you about conditions in the district. My office can be reached at [phone], or you can contact [staff member name], [staff title], at [email].</w:t>
      </w:r>
    </w:p>
    <w:p>
      <w:pPr>
        <w:pStyle w:val="LetterBody"/>
      </w:pPr>
      <w:r>
        <w:rPr>
          <w:b w:val="0"/>
        </w:rPr>
        <w:t>Sincerely,</w:t>
      </w:r>
    </w:p>
    <w:p>
      <w:pPr>
        <w:pStyle w:val="LetterMeta"/>
        <w:spacing w:after="240"/>
      </w:pPr>
      <w:r>
        <w:rPr>
          <w:b w:val="0"/>
        </w:rPr>
        <w:t>[Scanned or handwritten signature]</w:t>
      </w:r>
    </w:p>
    <w:p>
      <w:pPr>
        <w:pStyle w:val="LetterMeta"/>
      </w:pPr>
      <w:r>
        <w:rPr>
          <w:b w:val="0"/>
        </w:rPr>
        <w:t>[Name]</w:t>
      </w:r>
    </w:p>
    <w:p>
      <w:pPr>
        <w:pStyle w:val="LetterMeta"/>
      </w:pPr>
      <w:r>
        <w:rPr>
          <w:b w:val="0"/>
        </w:rPr>
        <w:t>[Office and Title]</w:t>
      </w:r>
    </w:p>
    <w:p>
      <w:pPr>
        <w:pStyle w:val="LetterMeta"/>
      </w:pPr>
      <w:r>
        <w:rPr>
          <w:b w:val="0"/>
        </w:rPr>
        <w:t>[Office address]</w:t>
      </w:r>
    </w:p>
    <w:p>
      <w:pPr>
        <w:pStyle w:val="LetterMeta"/>
      </w:pPr>
      <w:r>
        <w:rPr>
          <w:b w:val="0"/>
        </w:rPr>
        <w:t>[Direct phone] | [Email]</w:t>
      </w:r>
    </w:p>
    <w:p>
      <w:pPr>
        <w:pStyle w:val="Heading2"/>
      </w:pPr>
      <w:r>
        <w:rPr>
          <w:b w:val="0"/>
        </w:rPr>
        <w:t>Adapting this letter</w:t>
      </w:r>
    </w:p>
    <w:p>
      <w:pPr>
        <w:pStyle w:val="ListBullet"/>
      </w:pPr>
      <w:r>
        <w:t>Start the request early. Many offices route endorsement requests through a communications director, a chief of staff, or an ethics review, and four weeks is not unusual. Ask who handles letters before you send anything. Send this ask at least six weeks before the deadline, three weeks earlier than the others in this pack.</w:t>
      </w:r>
    </w:p>
    <w:p>
      <w:pPr>
        <w:pStyle w:val="ListBullet"/>
      </w:pPr>
      <w:r>
        <w:t>The third paragraph deliberately disclaims a financial commitment. Keep that sentence unless the office has genuinely appropriated funds, in which case the pledge belongs in a commitment letter signed by the officer with authority over the appropriation.</w:t>
      </w:r>
    </w:p>
    <w:p>
      <w:pPr>
        <w:pStyle w:val="ListBullet"/>
      </w:pPr>
      <w:r>
        <w:t>Give the office a district-level fact they can verify, such as the volume of constituent contacts on this issue or the absence of a comparable municipal program. Officials sign faster when the letter reflects what their own casework already tells them.</w:t>
      </w:r>
    </w:p>
    <w:p>
      <w:pPr>
        <w:pStyle w:val="ListBullet"/>
      </w:pPr>
      <w:r>
        <w:t>Do not ask an official to evaluate your organization's finances or program quality. Their credible subject is the district, the need, and the public interest.</w:t>
      </w:r>
    </w:p>
    <w:p>
      <w:pPr>
        <w:pStyle w:val="ListBullet"/>
      </w:pPr>
      <w:r>
        <w:t>If the signer is career staff rather than elected, say so in the opening line and name the department. A department director's endorsement often carries more operational weight than a legislator's.</w:t>
      </w:r>
    </w:p>
    <w:p>
      <w:pPr>
        <w:pStyle w:val="ListBullet"/>
      </w:pPr>
      <w:r>
        <w:t>Some jurisdictions restrict what an office may endorse during an election period. Ask; do not assume.</w:t>
      </w:r>
    </w:p>
    <w:p>
      <w:r>
        <w:br w:type="page"/>
      </w:r>
    </w:p>
    <w:p>
      <w:pPr>
        <w:pStyle w:val="Heading1"/>
      </w:pPr>
      <w:r>
        <w:rPr>
          <w:b w:val="0"/>
        </w:rPr>
        <w:t>Letter 3: Program Participant or Beneficiary</w:t>
      </w:r>
    </w:p>
    <w:p>
      <w:r>
        <w:rPr>
          <w:b w:val="0"/>
        </w:rPr>
        <w:t>For a client, parent, resident, or graduate writing in a personal capacity. This is the letter that proves demand came from the community rather than the org chart. It goes on plain paper, and it should sound like the person who signed it, not like your development team.</w:t>
      </w:r>
    </w:p>
    <w:p>
      <w:pPr>
        <w:spacing w:before="40" w:after="200"/>
        <w:pBdr>
          <w:bottom w:val="single" w:sz="6" w:space="1" w:color="C7CDD6"/>
        </w:pBdr>
      </w:pPr>
    </w:p>
    <w:p>
      <w:pPr>
        <w:pStyle w:val="LetterMeta"/>
      </w:pPr>
      <w:r>
        <w:rPr>
          <w:b w:val="0"/>
        </w:rPr>
        <w:t>[Full name]</w:t>
      </w:r>
    </w:p>
    <w:p>
      <w:pPr>
        <w:pStyle w:val="LetterMeta"/>
      </w:pPr>
      <w:r>
        <w:rPr>
          <w:b w:val="0"/>
        </w:rPr>
        <w:t>[Street address]</w:t>
      </w:r>
    </w:p>
    <w:p>
      <w:pPr>
        <w:pStyle w:val="LetterMeta"/>
      </w:pPr>
      <w:r>
        <w:rPr>
          <w:b w:val="0"/>
        </w:rPr>
        <w:t>[City, State ZIP]</w:t>
      </w:r>
    </w:p>
    <w:p>
      <w:pPr>
        <w:pStyle w:val="LetterMeta"/>
      </w:pPr>
      <w:r>
        <w:rPr>
          <w:b w:val="0"/>
        </w:rPr>
        <w:t>[Phone] | [Email]</w:t>
      </w:r>
    </w:p>
    <w:p>
      <w:pPr>
        <w:pStyle w:val="LetterMeta"/>
      </w:pPr>
    </w:p>
    <w:p>
      <w:pPr>
        <w:pStyle w:val="LetterMeta"/>
      </w:pPr>
      <w:r>
        <w:rPr>
          <w:b w:val="0"/>
        </w:rPr>
        <w:t>[Date, inside the current application cycle]</w:t>
      </w:r>
    </w:p>
    <w:p>
      <w:pPr>
        <w:pStyle w:val="LetterMeta"/>
      </w:pPr>
    </w:p>
    <w:p>
      <w:pPr>
        <w:pStyle w:val="LetterMeta"/>
      </w:pPr>
      <w:r>
        <w:rPr>
          <w:b w:val="0"/>
        </w:rPr>
        <w:t>[Program Officer Name], [Title]</w:t>
      </w:r>
    </w:p>
    <w:p>
      <w:pPr>
        <w:pStyle w:val="LetterMeta"/>
      </w:pPr>
      <w:r>
        <w:rPr>
          <w:b w:val="0"/>
        </w:rPr>
        <w:t>[Funder Name]</w:t>
      </w:r>
    </w:p>
    <w:p>
      <w:pPr>
        <w:pStyle w:val="LetterMeta"/>
      </w:pPr>
      <w:r>
        <w:rPr>
          <w:b w:val="0"/>
        </w:rPr>
        <w:t>[Street Address]</w:t>
      </w:r>
    </w:p>
    <w:p>
      <w:pPr>
        <w:pStyle w:val="LetterMeta"/>
      </w:pPr>
      <w:r>
        <w:rPr>
          <w:b w:val="0"/>
        </w:rPr>
        <w:t>[City, State ZIP]</w:t>
      </w:r>
    </w:p>
    <w:p>
      <w:pPr>
        <w:pStyle w:val="LetterMeta"/>
        <w:spacing w:after="200"/>
      </w:pPr>
    </w:p>
    <w:p>
      <w:pPr>
        <w:pStyle w:val="LetterBody"/>
      </w:pPr>
      <w:r>
        <w:rPr>
          <w:b w:val="0"/>
        </w:rPr>
        <w:t>Dear [Program Officer Name],</w:t>
      </w:r>
    </w:p>
    <w:p>
      <w:pPr>
        <w:pStyle w:val="LetterBody"/>
      </w:pPr>
      <w:r>
        <w:rPr>
          <w:b w:val="0"/>
        </w:rPr>
        <w:t>My name is [Full Name] and I live in [neighborhood or town]. I am writing about [Applicant Organization]'s application to the [Grant Program Name] for their tutoring program. They asked me whether I would write something and I said yes. I am writing as a parent, in my own words, and nobody reviewed this before I sent it.</w:t>
      </w:r>
    </w:p>
    <w:p>
      <w:pPr>
        <w:pStyle w:val="LetterBody"/>
      </w:pPr>
      <w:r>
        <w:rPr>
          <w:b w:val="0"/>
        </w:rPr>
        <w:t>My son started with [Applicant Organization] in [month, year], partway through second grade. He could read the words on a page one at a time and could not tell you afterward what the sentence had said. His teacher told me he needed more practice than a class of 24 allows, and she was right, but I work [shift or hours] and I could not pay for a private tutor. There was nothing else in this area. I called two places before I found them.</w:t>
      </w:r>
    </w:p>
    <w:p>
      <w:pPr>
        <w:pStyle w:val="LetterBody"/>
      </w:pPr>
      <w:r>
        <w:rPr>
          <w:b w:val="0"/>
        </w:rPr>
        <w:t>He goes twice a week after school. The same tutor has worked with him for [length of time], which matters more than I expected, because he stopped needing ten minutes to warm up. In [month] his teacher moved him out of the lowest reading group. Last week he read a chapter book to his sister without being asked to. I want to be clear that this took [length of time] and a lot of patient work by people who knew what they were doing, and it did not cost my family anything.</w:t>
      </w:r>
    </w:p>
    <w:p>
      <w:pPr>
        <w:pStyle w:val="LetterBody"/>
      </w:pPr>
      <w:r>
        <w:rPr>
          <w:b w:val="0"/>
        </w:rPr>
        <w:t>If this grant comes through I will keep bringing him, and I will keep telling other parents. Four families at our bus stop have asked me about the program since spring, and two of them are on the waiting list now. That waiting list is the reason I am writing. There are more kids who need this than there are spots.</w:t>
      </w:r>
    </w:p>
    <w:p>
      <w:pPr>
        <w:pStyle w:val="LetterBody"/>
      </w:pPr>
      <w:r>
        <w:rPr>
          <w:b w:val="0"/>
        </w:rPr>
        <w:t>You can call me at [phone] if it would help to hear about this program from a parent rather than from the people who run it.</w:t>
      </w:r>
    </w:p>
    <w:p>
      <w:pPr>
        <w:pStyle w:val="LetterBody"/>
      </w:pPr>
      <w:r>
        <w:rPr>
          <w:b w:val="0"/>
        </w:rPr>
        <w:t>Sincerely,</w:t>
      </w:r>
    </w:p>
    <w:p>
      <w:pPr>
        <w:pStyle w:val="LetterMeta"/>
        <w:spacing w:after="240"/>
      </w:pPr>
      <w:r>
        <w:rPr>
          <w:b w:val="0"/>
        </w:rPr>
        <w:t>[Signature]</w:t>
      </w:r>
    </w:p>
    <w:p>
      <w:pPr>
        <w:pStyle w:val="LetterMeta"/>
      </w:pPr>
      <w:r>
        <w:rPr>
          <w:b w:val="0"/>
        </w:rPr>
        <w:t>[Full name]</w:t>
      </w:r>
    </w:p>
    <w:p>
      <w:pPr>
        <w:pStyle w:val="LetterMeta"/>
      </w:pPr>
      <w:r>
        <w:rPr>
          <w:b w:val="0"/>
        </w:rPr>
        <w:t>[City, State]</w:t>
      </w:r>
    </w:p>
    <w:p>
      <w:pPr>
        <w:pStyle w:val="Heading2"/>
      </w:pPr>
      <w:r>
        <w:rPr>
          <w:b w:val="0"/>
        </w:rPr>
        <w:t>Adapting this letter</w:t>
      </w:r>
    </w:p>
    <w:p>
      <w:pPr>
        <w:pStyle w:val="ListBullet"/>
      </w:pPr>
      <w:r>
        <w:t>Get written permission before you submit a participant letter, and tell the writer exactly who will read it and where it will be stored. A letter about someone's child, health, housing, immigration status, or recovery is sensitive information in a document that leaves your control.</w:t>
      </w:r>
    </w:p>
    <w:p>
      <w:pPr>
        <w:pStyle w:val="ListBullet"/>
      </w:pPr>
      <w:r>
        <w:t>Do not use a minor's full name. First name only, or a description like "my son" as this letter does. Some funders ask you to redact identifying detail entirely; check the attachment instructions.</w:t>
      </w:r>
    </w:p>
    <w:p>
      <w:pPr>
        <w:pStyle w:val="ListBullet"/>
      </w:pPr>
      <w:r>
        <w:t>Never tie a letter to services. Access to your program cannot depend on whether someone writes for you, and the ask should say so plainly.</w:t>
      </w:r>
    </w:p>
    <w:p>
      <w:pPr>
        <w:pStyle w:val="ListBullet"/>
      </w:pPr>
      <w:r>
        <w:t>Resist the urge to polish. Plain sentences, one concrete before-and-after, and a real detail such as the chapter book carry more weight than fluent development-office prose. If you draft it for them, keep it in their register and ask them to rewrite anything that is not how they would say it.</w:t>
      </w:r>
    </w:p>
    <w:p>
      <w:pPr>
        <w:pStyle w:val="ListBullet"/>
      </w:pPr>
      <w:r>
        <w:t>Adult participants writing for workforce, recovery, housing, or reentry programs follow the same shape: how they found the program, what was true before, what changed, and what they will do next.</w:t>
      </w:r>
    </w:p>
    <w:p>
      <w:pPr>
        <w:pStyle w:val="ListBullet"/>
      </w:pPr>
      <w:r>
        <w:t>One participant letter is usually enough. Five of them, all arriving in the same voice, undo the credibility of the one you actually needed.</w:t>
      </w:r>
    </w:p>
    <w:p>
      <w:r>
        <w:br w:type="page"/>
      </w:r>
    </w:p>
    <w:p>
      <w:pPr>
        <w:pStyle w:val="Heading1"/>
      </w:pPr>
      <w:r>
        <w:rPr>
          <w:b w:val="0"/>
        </w:rPr>
        <w:t>Letter 4: Fiscal Sponsor</w:t>
      </w:r>
    </w:p>
    <w:p>
      <w:r>
        <w:rPr>
          <w:b w:val="0"/>
        </w:rPr>
        <w:t>For the finance officer or executive director of the 501(c)(3) that will receive and administer the funds on behalf of a fiscally sponsored project. This letter answers the funder's real question, which is who is legally accountable for the money and the reporting.</w:t>
      </w:r>
    </w:p>
    <w:p>
      <w:pPr>
        <w:spacing w:before="40" w:after="200"/>
        <w:pBdr>
          <w:bottom w:val="single" w:sz="6" w:space="1" w:color="C7CDD6"/>
        </w:pBdr>
      </w:pPr>
    </w:p>
    <w:p>
      <w:pPr>
        <w:pStyle w:val="LetterMeta"/>
        <w:spacing w:after="200"/>
      </w:pPr>
      <w:r>
        <w:rPr>
          <w:b w:val="0"/>
        </w:rPr>
        <w:t>[FISCAL SPONSOR LETTERHEAD]</w:t>
      </w:r>
    </w:p>
    <w:p>
      <w:pPr>
        <w:pStyle w:val="LetterMeta"/>
      </w:pPr>
      <w:r>
        <w:rPr>
          <w:b w:val="0"/>
        </w:rPr>
        <w:t>[Date, inside the current application cycle]</w:t>
      </w:r>
    </w:p>
    <w:p>
      <w:pPr>
        <w:pStyle w:val="LetterMeta"/>
      </w:pPr>
    </w:p>
    <w:p>
      <w:pPr>
        <w:pStyle w:val="LetterMeta"/>
      </w:pPr>
      <w:r>
        <w:rPr>
          <w:b w:val="0"/>
        </w:rPr>
        <w:t>[Program Officer Name], [Title]</w:t>
      </w:r>
    </w:p>
    <w:p>
      <w:pPr>
        <w:pStyle w:val="LetterMeta"/>
      </w:pPr>
      <w:r>
        <w:rPr>
          <w:b w:val="0"/>
        </w:rPr>
        <w:t>[Funder Name]</w:t>
      </w:r>
    </w:p>
    <w:p>
      <w:pPr>
        <w:pStyle w:val="LetterMeta"/>
      </w:pPr>
      <w:r>
        <w:rPr>
          <w:b w:val="0"/>
        </w:rPr>
        <w:t>[Street Address]</w:t>
      </w:r>
    </w:p>
    <w:p>
      <w:pPr>
        <w:pStyle w:val="LetterMeta"/>
      </w:pPr>
      <w:r>
        <w:rPr>
          <w:b w:val="0"/>
        </w:rPr>
        <w:t>[City, State ZIP]</w:t>
      </w:r>
    </w:p>
    <w:p>
      <w:pPr>
        <w:pStyle w:val="LetterMeta"/>
        <w:spacing w:after="120"/>
      </w:pPr>
    </w:p>
    <w:p>
      <w:pPr>
        <w:pStyle w:val="LetterBody"/>
        <w:spacing w:after="200"/>
      </w:pPr>
      <w:r>
        <w:rPr>
          <w:b w:val="0"/>
        </w:rPr>
        <w:t>RE: Fiscal sponsorship of [Project Name], applying to the [Grant Program Name]</w:t>
      </w:r>
    </w:p>
    <w:p>
      <w:pPr>
        <w:pStyle w:val="LetterBody"/>
      </w:pPr>
      <w:r>
        <w:rPr>
          <w:b w:val="0"/>
        </w:rPr>
        <w:t>Dear [Program Officer Name],</w:t>
      </w:r>
    </w:p>
    <w:p>
      <w:pPr>
        <w:pStyle w:val="LetterBody"/>
      </w:pPr>
      <w:r>
        <w:rPr>
          <w:b w:val="0"/>
        </w:rPr>
        <w:t>[Fiscal Sponsor Organization] is a 501(c)(3) public charity, EIN [XX-XXXXXXX], and serves as fiscal sponsor for [Project Name]. I am writing to confirm that relationship, to describe how we would handle a grant from the [Grant Program Name], and to say why we took this project on.</w:t>
      </w:r>
    </w:p>
    <w:p>
      <w:pPr>
        <w:pStyle w:val="LetterBody"/>
      </w:pPr>
      <w:r>
        <w:rPr>
          <w:b w:val="0"/>
        </w:rPr>
        <w:t>We entered a written fiscal sponsorship agreement with [Project Name] on [date], following our standard review of the project's work plan, budget, insurance, and leadership. Under that agreement [Fiscal Sponsor Organization] is the legal recipient of grant funds and retains discretion and control over their use, consistent with our charitable purpose. Our arrangement with this project is a [describe the model, for example a comprehensive arrangement in which project staff are our employees, or a pre-approved grant relationship in which the project remains a separate entity]. We currently sponsor [number] projects and have done this work since [year].</w:t>
      </w:r>
    </w:p>
    <w:p>
      <w:pPr>
        <w:pStyle w:val="LetterBody"/>
      </w:pPr>
      <w:r>
        <w:rPr>
          <w:b w:val="0"/>
        </w:rPr>
        <w:t>If the [Grant Program Name] makes an award, funds would be received into our operating account and tracked in a restricted fund dedicated to [Project Name]. Expenditures are made against the approved grant budget and require approval by our [title, for example Finance Director] before disbursement, with any variance above [threshold, for example 10 percent] of a budget line requiring written approval from the funder if your terms call for it. We complete an annual [audit or independent financial review] and file Form 990 each year; our most recent [audited financial statements or Form 990] for fiscal year [year] is available on request. [Fiscal Sponsor Organization] would execute the grant agreement, administer the funds, and file the financial and narrative reports on the schedule the [Grant Program Name] sets. Our administrative fee of [X] percent appears in the project budget as [budget line name].</w:t>
      </w:r>
    </w:p>
    <w:p>
      <w:pPr>
        <w:pStyle w:val="LetterBody"/>
      </w:pPr>
      <w:r>
        <w:rPr>
          <w:b w:val="0"/>
        </w:rPr>
        <w:t>I should add why we accepted this project, since that is a judgment we make carefully. [Project Name] came to us in [year] with a work plan we could actually cost out, and since then they have submitted every quarterly financial report on time and have not once asked us to process an expense outside their approved budget. That is not the norm, and it is the reason we are comfortable putting our EIN behind this application.</w:t>
      </w:r>
    </w:p>
    <w:p>
      <w:pPr>
        <w:pStyle w:val="LetterBody"/>
      </w:pPr>
      <w:r>
        <w:rPr>
          <w:b w:val="0"/>
        </w:rPr>
        <w:t>I am glad to provide our determination letter, the sponsorship agreement, or any documentation your review requires. You can reach me at [phone] or [email].</w:t>
      </w:r>
    </w:p>
    <w:p>
      <w:pPr>
        <w:pStyle w:val="LetterBody"/>
      </w:pPr>
      <w:r>
        <w:rPr>
          <w:b w:val="0"/>
        </w:rPr>
        <w:t>Sincerely,</w:t>
      </w:r>
    </w:p>
    <w:p>
      <w:pPr>
        <w:pStyle w:val="LetterMeta"/>
        <w:spacing w:after="240"/>
      </w:pPr>
      <w:r>
        <w:rPr>
          <w:b w:val="0"/>
        </w:rPr>
        <w:t>[Scanned or handwritten signature]</w:t>
      </w:r>
    </w:p>
    <w:p>
      <w:pPr>
        <w:pStyle w:val="LetterMeta"/>
      </w:pPr>
      <w:r>
        <w:rPr>
          <w:b w:val="0"/>
        </w:rPr>
        <w:t>[Name]</w:t>
      </w:r>
    </w:p>
    <w:p>
      <w:pPr>
        <w:pStyle w:val="LetterMeta"/>
      </w:pPr>
      <w:r>
        <w:rPr>
          <w:b w:val="0"/>
        </w:rPr>
        <w:t>[Title, for example Chief Financial Officer], [Fiscal Sponsor Organization]</w:t>
      </w:r>
    </w:p>
    <w:p>
      <w:pPr>
        <w:pStyle w:val="LetterMeta"/>
      </w:pPr>
      <w:r>
        <w:rPr>
          <w:b w:val="0"/>
        </w:rPr>
        <w:t>[Direct phone] | [Email]</w:t>
      </w:r>
    </w:p>
    <w:p>
      <w:pPr>
        <w:pStyle w:val="Heading2"/>
      </w:pPr>
      <w:r>
        <w:rPr>
          <w:b w:val="0"/>
        </w:rPr>
        <w:t>Adapting this letter</w:t>
      </w:r>
    </w:p>
    <w:p>
      <w:pPr>
        <w:pStyle w:val="ListBullet"/>
      </w:pPr>
      <w:r>
        <w:t>This letter sits closer to a commitment than the other three, because it asserts who receives the money. It has to be signed by an officer with authority over the sponsor's finances, not by the project's own staff.</w:t>
      </w:r>
    </w:p>
    <w:p>
      <w:pPr>
        <w:pStyle w:val="ListBullet"/>
      </w:pPr>
      <w:r>
        <w:t>Confirm the funder accepts fiscal sponsorship at all, and confirm it accepts the administrative fee, before you build the fee into the budget. Some programs disallow it, some cap it, and some require the sponsorship agreement as a separate attachment.</w:t>
      </w:r>
    </w:p>
    <w:p>
      <w:pPr>
        <w:pStyle w:val="ListBullet"/>
      </w:pPr>
      <w:r>
        <w:t>The specific numbers in paragraph three, including the variance threshold and the fee percentage, are illustrative. Use whatever your executed agreement and the funder's terms actually say.</w:t>
      </w:r>
    </w:p>
    <w:p>
      <w:pPr>
        <w:pStyle w:val="ListBullet"/>
      </w:pPr>
      <w:r>
        <w:t>Name the sponsorship model in plain language rather than by shorthand, because reviewers outside the field do not read model labels the same way. What the funder wants to know is who employs the staff, who signs the grant agreement, and who is on the hook for the reporting.</w:t>
      </w:r>
    </w:p>
    <w:p>
      <w:pPr>
        <w:pStyle w:val="ListBullet"/>
      </w:pPr>
      <w:r>
        <w:t>The fourth paragraph is optional but worth keeping. A sponsor who says why they accepted the project is doing something no other letter in the packet can do.</w:t>
      </w:r>
    </w:p>
    <w:p>
      <w:pPr>
        <w:pStyle w:val="ListBullet"/>
      </w:pPr>
      <w:r>
        <w:t>Keep the EIN, the determination letter, and the executed agreement ready to send. Funders ask for at least one of the three surprisingly often, usually with two days' notice.</w:t>
      </w:r>
    </w:p>
    <w:p>
      <w:r>
        <w:br w:type="page"/>
      </w:r>
    </w:p>
    <w:p>
      <w:pPr>
        <w:pStyle w:val="Heading1"/>
      </w:pPr>
      <w:r>
        <w:rPr>
          <w:b w:val="0"/>
        </w:rPr>
        <w:t>Letter Request Tracker</w:t>
      </w:r>
    </w:p>
    <w:p>
      <w:r>
        <w:rPr>
          <w:b w:val="0"/>
        </w:rPr>
        <w:t>Letters fail on logistics far more often than on writing. Give every requested letter an owner and an internal due date set three to five days ahead of the submission deadline, then work backward. Print this page or rebuild it in your grant tracker.</w:t>
      </w:r>
    </w:p>
    <w:tbl>
      <w:tblPr>
        <w:tblStyle w:val="TableGrid"/>
        <w:tblW w:type="auto" w:w="0"/>
        <w:jc w:val="center"/>
        <w:tblLayout w:type="fixed"/>
        <w:tblLook w:firstColumn="1" w:firstRow="1" w:lastColumn="0" w:lastRow="0" w:noHBand="0" w:noVBand="1" w:val="04A0"/>
      </w:tblPr>
      <w:tblGrid>
        <w:gridCol w:w="1337"/>
        <w:gridCol w:w="1337"/>
        <w:gridCol w:w="1337"/>
        <w:gridCol w:w="1337"/>
        <w:gridCol w:w="1337"/>
        <w:gridCol w:w="1337"/>
        <w:gridCol w:w="1337"/>
      </w:tblGrid>
      <w:tr>
        <w:tc>
          <w:tcPr>
            <w:tcW w:type="dxa" w:w="2520"/>
            <w:shd w:val="clear" w:color="auto" w:fill="1F355E"/>
          </w:tcPr>
          <w:p>
            <w:pPr>
              <w:spacing w:after="40" w:before="40"/>
            </w:pPr>
            <w:r/>
            <w:r>
              <w:rPr>
                <w:b/>
                <w:color w:val="FFFFFF"/>
                <w:sz w:val="18"/>
              </w:rPr>
              <w:t>Writer and organization</w:t>
            </w:r>
          </w:p>
        </w:tc>
        <w:tc>
          <w:tcPr>
            <w:tcW w:type="dxa" w:w="1368"/>
            <w:shd w:val="clear" w:color="auto" w:fill="1F355E"/>
          </w:tcPr>
          <w:p>
            <w:pPr>
              <w:spacing w:after="40" w:before="40"/>
            </w:pPr>
            <w:r/>
            <w:r>
              <w:rPr>
                <w:b/>
                <w:color w:val="FFFFFF"/>
                <w:sz w:val="18"/>
              </w:rPr>
              <w:t>Letter type</w:t>
            </w:r>
          </w:p>
        </w:tc>
        <w:tc>
          <w:tcPr>
            <w:tcW w:type="dxa" w:w="1440"/>
            <w:shd w:val="clear" w:color="auto" w:fill="1F355E"/>
          </w:tcPr>
          <w:p>
            <w:pPr>
              <w:spacing w:after="40" w:before="40"/>
            </w:pPr>
            <w:r/>
            <w:r>
              <w:rPr>
                <w:b/>
                <w:color w:val="FFFFFF"/>
                <w:sz w:val="18"/>
              </w:rPr>
              <w:t>Owner on your team</w:t>
            </w:r>
          </w:p>
        </w:tc>
        <w:tc>
          <w:tcPr>
            <w:tcW w:type="dxa" w:w="1008"/>
            <w:shd w:val="clear" w:color="auto" w:fill="1F355E"/>
          </w:tcPr>
          <w:p>
            <w:pPr>
              <w:spacing w:after="40" w:before="40"/>
            </w:pPr>
            <w:r/>
            <w:r>
              <w:rPr>
                <w:b/>
                <w:color w:val="FFFFFF"/>
                <w:sz w:val="18"/>
              </w:rPr>
              <w:t>Asked</w:t>
            </w:r>
          </w:p>
        </w:tc>
        <w:tc>
          <w:tcPr>
            <w:tcW w:type="dxa" w:w="1008"/>
            <w:shd w:val="clear" w:color="auto" w:fill="1F355E"/>
          </w:tcPr>
          <w:p>
            <w:pPr>
              <w:spacing w:after="40" w:before="40"/>
            </w:pPr>
            <w:r/>
            <w:r>
              <w:rPr>
                <w:b/>
                <w:color w:val="FFFFFF"/>
                <w:sz w:val="18"/>
              </w:rPr>
              <w:t>Due back</w:t>
            </w:r>
          </w:p>
        </w:tc>
        <w:tc>
          <w:tcPr>
            <w:tcW w:type="dxa" w:w="1008"/>
            <w:shd w:val="clear" w:color="auto" w:fill="1F355E"/>
          </w:tcPr>
          <w:p>
            <w:pPr>
              <w:spacing w:after="40" w:before="40"/>
            </w:pPr>
            <w:r/>
            <w:r>
              <w:rPr>
                <w:b/>
                <w:color w:val="FFFFFF"/>
                <w:sz w:val="18"/>
              </w:rPr>
              <w:t>Received</w:t>
            </w:r>
          </w:p>
        </w:tc>
        <w:tc>
          <w:tcPr>
            <w:tcW w:type="dxa" w:w="1296"/>
            <w:shd w:val="clear" w:color="auto" w:fill="1F355E"/>
          </w:tcPr>
          <w:p>
            <w:pPr>
              <w:spacing w:after="40" w:before="40"/>
            </w:pPr>
            <w:r/>
            <w:r>
              <w:rPr>
                <w:b/>
                <w:color w:val="FFFFFF"/>
                <w:sz w:val="18"/>
              </w:rPr>
              <w:t>Checked vs. budget</w:t>
            </w:r>
          </w:p>
        </w:tc>
      </w:tr>
      <w:tr>
        <w:tc>
          <w:tcPr>
            <w:tcW w:type="dxa" w:w="2520"/>
          </w:tcPr>
          <w:p>
            <w:pPr>
              <w:spacing w:after="40" w:before="40"/>
            </w:pPr>
            <w:r/>
            <w:r>
              <w:rPr>
                <w:sz w:val="18"/>
              </w:rPr>
              <w:t>[Name], [Partner Organization]</w:t>
            </w:r>
          </w:p>
        </w:tc>
        <w:tc>
          <w:tcPr>
            <w:tcW w:type="dxa" w:w="1368"/>
          </w:tcPr>
          <w:p>
            <w:pPr>
              <w:spacing w:after="40" w:before="40"/>
            </w:pPr>
            <w:r/>
            <w:r>
              <w:rPr>
                <w:sz w:val="18"/>
              </w:rPr>
              <w:t>Partner org</w:t>
            </w:r>
          </w:p>
        </w:tc>
        <w:tc>
          <w:tcPr>
            <w:tcW w:type="dxa" w:w="1440"/>
          </w:tcPr>
          <w:p>
            <w:pPr>
              <w:spacing w:after="40" w:before="40"/>
            </w:pPr>
            <w:r/>
            <w:r>
              <w:rPr>
                <w:sz w:val="18"/>
              </w:rPr>
              <w:t>[Staff name]</w:t>
            </w:r>
          </w:p>
        </w:tc>
        <w:tc>
          <w:tcPr>
            <w:tcW w:type="dxa" w:w="1008"/>
          </w:tcPr>
          <w:p>
            <w:pPr>
              <w:spacing w:after="40" w:before="40"/>
            </w:pPr>
            <w:r/>
            <w:r>
              <w:rPr>
                <w:sz w:val="18"/>
              </w:rPr>
              <w:t>[Date]</w:t>
            </w:r>
          </w:p>
        </w:tc>
        <w:tc>
          <w:tcPr>
            <w:tcW w:type="dxa" w:w="1008"/>
          </w:tcPr>
          <w:p>
            <w:pPr>
              <w:spacing w:after="40" w:before="40"/>
            </w:pPr>
            <w:r/>
            <w:r>
              <w:rPr>
                <w:sz w:val="18"/>
              </w:rPr>
              <w:t>[Date]</w:t>
            </w:r>
          </w:p>
        </w:tc>
        <w:tc>
          <w:tcPr>
            <w:tcW w:type="dxa" w:w="1008"/>
          </w:tcPr>
          <w:p>
            <w:pPr>
              <w:spacing w:after="40" w:before="40"/>
            </w:pPr>
            <w:r/>
            <w:r>
              <w:rPr>
                <w:sz w:val="18"/>
              </w:rPr>
            </w:r>
          </w:p>
        </w:tc>
        <w:tc>
          <w:tcPr>
            <w:tcW w:type="dxa" w:w="1296"/>
          </w:tcPr>
          <w:p>
            <w:pPr>
              <w:spacing w:after="40" w:before="40"/>
            </w:pPr>
            <w:r/>
            <w:r>
              <w:rPr>
                <w:sz w:val="18"/>
              </w:rPr>
            </w:r>
          </w:p>
        </w:tc>
      </w:tr>
      <w:tr>
        <w:tc>
          <w:tcPr>
            <w:tcW w:type="dxa" w:w="2520"/>
            <w:shd w:val="clear" w:color="auto" w:fill="F2F5F9"/>
          </w:tcPr>
          <w:p>
            <w:pPr>
              <w:spacing w:after="40" w:before="40"/>
            </w:pPr>
            <w:r/>
            <w:r>
              <w:rPr>
                <w:sz w:val="18"/>
              </w:rPr>
              <w:t>[Name], [Office]</w:t>
            </w:r>
          </w:p>
        </w:tc>
        <w:tc>
          <w:tcPr>
            <w:tcW w:type="dxa" w:w="1368"/>
            <w:shd w:val="clear" w:color="auto" w:fill="F2F5F9"/>
          </w:tcPr>
          <w:p>
            <w:pPr>
              <w:spacing w:after="40" w:before="40"/>
            </w:pPr>
            <w:r/>
            <w:r>
              <w:rPr>
                <w:sz w:val="18"/>
              </w:rPr>
              <w:t>Elected official</w:t>
            </w:r>
          </w:p>
        </w:tc>
        <w:tc>
          <w:tcPr>
            <w:tcW w:type="dxa" w:w="1440"/>
            <w:shd w:val="clear" w:color="auto" w:fill="F2F5F9"/>
          </w:tcPr>
          <w:p>
            <w:pPr>
              <w:spacing w:after="40" w:before="40"/>
            </w:pPr>
            <w:r/>
            <w:r>
              <w:rPr>
                <w:sz w:val="18"/>
              </w:rPr>
              <w:t>[Staff name]</w:t>
            </w:r>
          </w:p>
        </w:tc>
        <w:tc>
          <w:tcPr>
            <w:tcW w:type="dxa" w:w="1008"/>
            <w:shd w:val="clear" w:color="auto" w:fill="F2F5F9"/>
          </w:tcPr>
          <w:p>
            <w:pPr>
              <w:spacing w:after="40" w:before="40"/>
            </w:pPr>
            <w:r/>
            <w:r>
              <w:rPr>
                <w:sz w:val="18"/>
              </w:rPr>
              <w:t>[Date]</w:t>
            </w:r>
          </w:p>
        </w:tc>
        <w:tc>
          <w:tcPr>
            <w:tcW w:type="dxa" w:w="1008"/>
            <w:shd w:val="clear" w:color="auto" w:fill="F2F5F9"/>
          </w:tcPr>
          <w:p>
            <w:pPr>
              <w:spacing w:after="40" w:before="40"/>
            </w:pPr>
            <w:r/>
            <w:r>
              <w:rPr>
                <w:sz w:val="18"/>
              </w:rPr>
              <w:t>[Date]</w:t>
            </w:r>
          </w:p>
        </w:tc>
        <w:tc>
          <w:tcPr>
            <w:tcW w:type="dxa" w:w="1008"/>
            <w:shd w:val="clear" w:color="auto" w:fill="F2F5F9"/>
          </w:tcPr>
          <w:p>
            <w:pPr>
              <w:spacing w:after="40" w:before="40"/>
            </w:pPr>
            <w:r/>
            <w:r>
              <w:rPr>
                <w:sz w:val="18"/>
              </w:rPr>
            </w:r>
          </w:p>
        </w:tc>
        <w:tc>
          <w:tcPr>
            <w:tcW w:type="dxa" w:w="1296"/>
            <w:shd w:val="clear" w:color="auto" w:fill="F2F5F9"/>
          </w:tcPr>
          <w:p>
            <w:pPr>
              <w:spacing w:after="40" w:before="40"/>
            </w:pPr>
            <w:r/>
            <w:r>
              <w:rPr>
                <w:sz w:val="18"/>
              </w:rPr>
            </w:r>
          </w:p>
        </w:tc>
      </w:tr>
      <w:tr>
        <w:tc>
          <w:tcPr>
            <w:tcW w:type="dxa" w:w="2520"/>
          </w:tcPr>
          <w:p>
            <w:pPr>
              <w:spacing w:after="40" w:before="40"/>
            </w:pPr>
            <w:r/>
            <w:r>
              <w:rPr>
                <w:sz w:val="18"/>
              </w:rPr>
              <w:t>[Name], participant</w:t>
            </w:r>
          </w:p>
        </w:tc>
        <w:tc>
          <w:tcPr>
            <w:tcW w:type="dxa" w:w="1368"/>
          </w:tcPr>
          <w:p>
            <w:pPr>
              <w:spacing w:after="40" w:before="40"/>
            </w:pPr>
            <w:r/>
            <w:r>
              <w:rPr>
                <w:sz w:val="18"/>
              </w:rPr>
              <w:t>Participant</w:t>
            </w:r>
          </w:p>
        </w:tc>
        <w:tc>
          <w:tcPr>
            <w:tcW w:type="dxa" w:w="1440"/>
          </w:tcPr>
          <w:p>
            <w:pPr>
              <w:spacing w:after="40" w:before="40"/>
            </w:pPr>
            <w:r/>
            <w:r>
              <w:rPr>
                <w:sz w:val="18"/>
              </w:rPr>
              <w:t>[Staff name]</w:t>
            </w:r>
          </w:p>
        </w:tc>
        <w:tc>
          <w:tcPr>
            <w:tcW w:type="dxa" w:w="1008"/>
          </w:tcPr>
          <w:p>
            <w:pPr>
              <w:spacing w:after="40" w:before="40"/>
            </w:pPr>
            <w:r/>
            <w:r>
              <w:rPr>
                <w:sz w:val="18"/>
              </w:rPr>
              <w:t>[Date]</w:t>
            </w:r>
          </w:p>
        </w:tc>
        <w:tc>
          <w:tcPr>
            <w:tcW w:type="dxa" w:w="1008"/>
          </w:tcPr>
          <w:p>
            <w:pPr>
              <w:spacing w:after="40" w:before="40"/>
            </w:pPr>
            <w:r/>
            <w:r>
              <w:rPr>
                <w:sz w:val="18"/>
              </w:rPr>
              <w:t>[Date]</w:t>
            </w:r>
          </w:p>
        </w:tc>
        <w:tc>
          <w:tcPr>
            <w:tcW w:type="dxa" w:w="1008"/>
          </w:tcPr>
          <w:p>
            <w:pPr>
              <w:spacing w:after="40" w:before="40"/>
            </w:pPr>
            <w:r/>
            <w:r>
              <w:rPr>
                <w:sz w:val="18"/>
              </w:rPr>
            </w:r>
          </w:p>
        </w:tc>
        <w:tc>
          <w:tcPr>
            <w:tcW w:type="dxa" w:w="1296"/>
          </w:tcPr>
          <w:p>
            <w:pPr>
              <w:spacing w:after="40" w:before="40"/>
            </w:pPr>
            <w:r/>
            <w:r>
              <w:rPr>
                <w:sz w:val="18"/>
              </w:rPr>
            </w:r>
          </w:p>
        </w:tc>
      </w:tr>
      <w:tr>
        <w:tc>
          <w:tcPr>
            <w:tcW w:type="dxa" w:w="2520"/>
            <w:shd w:val="clear" w:color="auto" w:fill="F2F5F9"/>
          </w:tcPr>
          <w:p>
            <w:pPr>
              <w:spacing w:after="40" w:before="40"/>
            </w:pPr>
            <w:r/>
            <w:r>
              <w:rPr>
                <w:sz w:val="18"/>
              </w:rPr>
              <w:t>[Name], [Fiscal Sponsor]</w:t>
            </w:r>
          </w:p>
        </w:tc>
        <w:tc>
          <w:tcPr>
            <w:tcW w:type="dxa" w:w="1368"/>
            <w:shd w:val="clear" w:color="auto" w:fill="F2F5F9"/>
          </w:tcPr>
          <w:p>
            <w:pPr>
              <w:spacing w:after="40" w:before="40"/>
            </w:pPr>
            <w:r/>
            <w:r>
              <w:rPr>
                <w:sz w:val="18"/>
              </w:rPr>
              <w:t>Fiscal sponsor</w:t>
            </w:r>
          </w:p>
        </w:tc>
        <w:tc>
          <w:tcPr>
            <w:tcW w:type="dxa" w:w="1440"/>
            <w:shd w:val="clear" w:color="auto" w:fill="F2F5F9"/>
          </w:tcPr>
          <w:p>
            <w:pPr>
              <w:spacing w:after="40" w:before="40"/>
            </w:pPr>
            <w:r/>
            <w:r>
              <w:rPr>
                <w:sz w:val="18"/>
              </w:rPr>
              <w:t>[Staff name]</w:t>
            </w:r>
          </w:p>
        </w:tc>
        <w:tc>
          <w:tcPr>
            <w:tcW w:type="dxa" w:w="1008"/>
            <w:shd w:val="clear" w:color="auto" w:fill="F2F5F9"/>
          </w:tcPr>
          <w:p>
            <w:pPr>
              <w:spacing w:after="40" w:before="40"/>
            </w:pPr>
            <w:r/>
            <w:r>
              <w:rPr>
                <w:sz w:val="18"/>
              </w:rPr>
              <w:t>[Date]</w:t>
            </w:r>
          </w:p>
        </w:tc>
        <w:tc>
          <w:tcPr>
            <w:tcW w:type="dxa" w:w="1008"/>
            <w:shd w:val="clear" w:color="auto" w:fill="F2F5F9"/>
          </w:tcPr>
          <w:p>
            <w:pPr>
              <w:spacing w:after="40" w:before="40"/>
            </w:pPr>
            <w:r/>
            <w:r>
              <w:rPr>
                <w:sz w:val="18"/>
              </w:rPr>
              <w:t>[Date]</w:t>
            </w:r>
          </w:p>
        </w:tc>
        <w:tc>
          <w:tcPr>
            <w:tcW w:type="dxa" w:w="1008"/>
            <w:shd w:val="clear" w:color="auto" w:fill="F2F5F9"/>
          </w:tcPr>
          <w:p>
            <w:pPr>
              <w:spacing w:after="40" w:before="40"/>
            </w:pPr>
            <w:r/>
            <w:r>
              <w:rPr>
                <w:sz w:val="18"/>
              </w:rPr>
            </w:r>
          </w:p>
        </w:tc>
        <w:tc>
          <w:tcPr>
            <w:tcW w:type="dxa" w:w="1296"/>
            <w:shd w:val="clear" w:color="auto" w:fill="F2F5F9"/>
          </w:tcPr>
          <w:p>
            <w:pPr>
              <w:spacing w:after="40" w:before="40"/>
            </w:pPr>
            <w:r/>
            <w:r>
              <w:rPr>
                <w:sz w:val="18"/>
              </w:rPr>
            </w:r>
          </w:p>
        </w:tc>
      </w:tr>
      <w:tr>
        <w:tc>
          <w:tcPr>
            <w:tcW w:type="dxa" w:w="2520"/>
          </w:tcPr>
          <w:p>
            <w:pPr>
              <w:spacing w:after="40" w:before="40"/>
            </w:pPr>
            <w:r/>
            <w:r>
              <w:rPr>
                <w:sz w:val="18"/>
              </w:rPr>
            </w:r>
          </w:p>
        </w:tc>
        <w:tc>
          <w:tcPr>
            <w:tcW w:type="dxa" w:w="1368"/>
          </w:tcPr>
          <w:p>
            <w:pPr>
              <w:spacing w:after="40" w:before="40"/>
            </w:pPr>
            <w:r/>
            <w:r>
              <w:rPr>
                <w:sz w:val="18"/>
              </w:rPr>
            </w:r>
          </w:p>
        </w:tc>
        <w:tc>
          <w:tcPr>
            <w:tcW w:type="dxa" w:w="1440"/>
          </w:tcPr>
          <w:p>
            <w:pPr>
              <w:spacing w:after="40" w:before="40"/>
            </w:pPr>
            <w:r/>
            <w:r>
              <w:rPr>
                <w:sz w:val="18"/>
              </w:rPr>
            </w:r>
          </w:p>
        </w:tc>
        <w:tc>
          <w:tcPr>
            <w:tcW w:type="dxa" w:w="1008"/>
          </w:tcPr>
          <w:p>
            <w:pPr>
              <w:spacing w:after="40" w:before="40"/>
            </w:pPr>
            <w:r/>
            <w:r>
              <w:rPr>
                <w:sz w:val="18"/>
              </w:rPr>
            </w:r>
          </w:p>
        </w:tc>
        <w:tc>
          <w:tcPr>
            <w:tcW w:type="dxa" w:w="1008"/>
          </w:tcPr>
          <w:p>
            <w:pPr>
              <w:spacing w:after="40" w:before="40"/>
            </w:pPr>
            <w:r/>
            <w:r>
              <w:rPr>
                <w:sz w:val="18"/>
              </w:rPr>
            </w:r>
          </w:p>
        </w:tc>
        <w:tc>
          <w:tcPr>
            <w:tcW w:type="dxa" w:w="1008"/>
          </w:tcPr>
          <w:p>
            <w:pPr>
              <w:spacing w:after="40" w:before="40"/>
            </w:pPr>
            <w:r/>
            <w:r>
              <w:rPr>
                <w:sz w:val="18"/>
              </w:rPr>
            </w:r>
          </w:p>
        </w:tc>
        <w:tc>
          <w:tcPr>
            <w:tcW w:type="dxa" w:w="1296"/>
          </w:tcPr>
          <w:p>
            <w:pPr>
              <w:spacing w:after="40" w:before="40"/>
            </w:pPr>
            <w:r/>
            <w:r>
              <w:rPr>
                <w:sz w:val="18"/>
              </w:rPr>
            </w:r>
          </w:p>
        </w:tc>
      </w:tr>
      <w:tr>
        <w:tc>
          <w:tcPr>
            <w:tcW w:type="dxa" w:w="2520"/>
            <w:shd w:val="clear" w:color="auto" w:fill="F2F5F9"/>
          </w:tcPr>
          <w:p>
            <w:pPr>
              <w:spacing w:after="40" w:before="40"/>
            </w:pPr>
            <w:r/>
            <w:r>
              <w:rPr>
                <w:sz w:val="18"/>
              </w:rPr>
            </w:r>
          </w:p>
        </w:tc>
        <w:tc>
          <w:tcPr>
            <w:tcW w:type="dxa" w:w="1368"/>
            <w:shd w:val="clear" w:color="auto" w:fill="F2F5F9"/>
          </w:tcPr>
          <w:p>
            <w:pPr>
              <w:spacing w:after="40" w:before="40"/>
            </w:pPr>
            <w:r/>
            <w:r>
              <w:rPr>
                <w:sz w:val="18"/>
              </w:rPr>
            </w:r>
          </w:p>
        </w:tc>
        <w:tc>
          <w:tcPr>
            <w:tcW w:type="dxa" w:w="1440"/>
            <w:shd w:val="clear" w:color="auto" w:fill="F2F5F9"/>
          </w:tcPr>
          <w:p>
            <w:pPr>
              <w:spacing w:after="40" w:before="40"/>
            </w:pPr>
            <w:r/>
            <w:r>
              <w:rPr>
                <w:sz w:val="18"/>
              </w:rPr>
            </w:r>
          </w:p>
        </w:tc>
        <w:tc>
          <w:tcPr>
            <w:tcW w:type="dxa" w:w="1008"/>
            <w:shd w:val="clear" w:color="auto" w:fill="F2F5F9"/>
          </w:tcPr>
          <w:p>
            <w:pPr>
              <w:spacing w:after="40" w:before="40"/>
            </w:pPr>
            <w:r/>
            <w:r>
              <w:rPr>
                <w:sz w:val="18"/>
              </w:rPr>
            </w:r>
          </w:p>
        </w:tc>
        <w:tc>
          <w:tcPr>
            <w:tcW w:type="dxa" w:w="1008"/>
            <w:shd w:val="clear" w:color="auto" w:fill="F2F5F9"/>
          </w:tcPr>
          <w:p>
            <w:pPr>
              <w:spacing w:after="40" w:before="40"/>
            </w:pPr>
            <w:r/>
            <w:r>
              <w:rPr>
                <w:sz w:val="18"/>
              </w:rPr>
            </w:r>
          </w:p>
        </w:tc>
        <w:tc>
          <w:tcPr>
            <w:tcW w:type="dxa" w:w="1008"/>
            <w:shd w:val="clear" w:color="auto" w:fill="F2F5F9"/>
          </w:tcPr>
          <w:p>
            <w:pPr>
              <w:spacing w:after="40" w:before="40"/>
            </w:pPr>
            <w:r/>
            <w:r>
              <w:rPr>
                <w:sz w:val="18"/>
              </w:rPr>
            </w:r>
          </w:p>
        </w:tc>
        <w:tc>
          <w:tcPr>
            <w:tcW w:type="dxa" w:w="1296"/>
            <w:shd w:val="clear" w:color="auto" w:fill="F2F5F9"/>
          </w:tcPr>
          <w:p>
            <w:pPr>
              <w:spacing w:after="40" w:before="40"/>
            </w:pPr>
            <w:r/>
            <w:r>
              <w:rPr>
                <w:sz w:val="18"/>
              </w:rPr>
            </w:r>
          </w:p>
        </w:tc>
      </w:tr>
      <w:tr>
        <w:tc>
          <w:tcPr>
            <w:tcW w:type="dxa" w:w="2520"/>
          </w:tcPr>
          <w:p>
            <w:pPr>
              <w:spacing w:after="40" w:before="40"/>
            </w:pPr>
            <w:r/>
            <w:r>
              <w:rPr>
                <w:sz w:val="18"/>
              </w:rPr>
            </w:r>
          </w:p>
        </w:tc>
        <w:tc>
          <w:tcPr>
            <w:tcW w:type="dxa" w:w="1368"/>
          </w:tcPr>
          <w:p>
            <w:pPr>
              <w:spacing w:after="40" w:before="40"/>
            </w:pPr>
            <w:r/>
            <w:r>
              <w:rPr>
                <w:sz w:val="18"/>
              </w:rPr>
            </w:r>
          </w:p>
        </w:tc>
        <w:tc>
          <w:tcPr>
            <w:tcW w:type="dxa" w:w="1440"/>
          </w:tcPr>
          <w:p>
            <w:pPr>
              <w:spacing w:after="40" w:before="40"/>
            </w:pPr>
            <w:r/>
            <w:r>
              <w:rPr>
                <w:sz w:val="18"/>
              </w:rPr>
            </w:r>
          </w:p>
        </w:tc>
        <w:tc>
          <w:tcPr>
            <w:tcW w:type="dxa" w:w="1008"/>
          </w:tcPr>
          <w:p>
            <w:pPr>
              <w:spacing w:after="40" w:before="40"/>
            </w:pPr>
            <w:r/>
            <w:r>
              <w:rPr>
                <w:sz w:val="18"/>
              </w:rPr>
            </w:r>
          </w:p>
        </w:tc>
        <w:tc>
          <w:tcPr>
            <w:tcW w:type="dxa" w:w="1008"/>
          </w:tcPr>
          <w:p>
            <w:pPr>
              <w:spacing w:after="40" w:before="40"/>
            </w:pPr>
            <w:r/>
            <w:r>
              <w:rPr>
                <w:sz w:val="18"/>
              </w:rPr>
            </w:r>
          </w:p>
        </w:tc>
        <w:tc>
          <w:tcPr>
            <w:tcW w:type="dxa" w:w="1008"/>
          </w:tcPr>
          <w:p>
            <w:pPr>
              <w:spacing w:after="40" w:before="40"/>
            </w:pPr>
            <w:r/>
            <w:r>
              <w:rPr>
                <w:sz w:val="18"/>
              </w:rPr>
            </w:r>
          </w:p>
        </w:tc>
        <w:tc>
          <w:tcPr>
            <w:tcW w:type="dxa" w:w="1296"/>
          </w:tcPr>
          <w:p>
            <w:pPr>
              <w:spacing w:after="40" w:before="40"/>
            </w:pPr>
            <w:r/>
            <w:r>
              <w:rPr>
                <w:sz w:val="18"/>
              </w:rPr>
            </w:r>
          </w:p>
        </w:tc>
      </w:tr>
      <w:tr>
        <w:tc>
          <w:tcPr>
            <w:tcW w:type="dxa" w:w="2520"/>
            <w:shd w:val="clear" w:color="auto" w:fill="F2F5F9"/>
          </w:tcPr>
          <w:p>
            <w:pPr>
              <w:spacing w:after="40" w:before="40"/>
            </w:pPr>
            <w:r/>
            <w:r>
              <w:rPr>
                <w:sz w:val="18"/>
              </w:rPr>
            </w:r>
          </w:p>
        </w:tc>
        <w:tc>
          <w:tcPr>
            <w:tcW w:type="dxa" w:w="1368"/>
            <w:shd w:val="clear" w:color="auto" w:fill="F2F5F9"/>
          </w:tcPr>
          <w:p>
            <w:pPr>
              <w:spacing w:after="40" w:before="40"/>
            </w:pPr>
            <w:r/>
            <w:r>
              <w:rPr>
                <w:sz w:val="18"/>
              </w:rPr>
            </w:r>
          </w:p>
        </w:tc>
        <w:tc>
          <w:tcPr>
            <w:tcW w:type="dxa" w:w="1440"/>
            <w:shd w:val="clear" w:color="auto" w:fill="F2F5F9"/>
          </w:tcPr>
          <w:p>
            <w:pPr>
              <w:spacing w:after="40" w:before="40"/>
            </w:pPr>
            <w:r/>
            <w:r>
              <w:rPr>
                <w:sz w:val="18"/>
              </w:rPr>
            </w:r>
          </w:p>
        </w:tc>
        <w:tc>
          <w:tcPr>
            <w:tcW w:type="dxa" w:w="1008"/>
            <w:shd w:val="clear" w:color="auto" w:fill="F2F5F9"/>
          </w:tcPr>
          <w:p>
            <w:pPr>
              <w:spacing w:after="40" w:before="40"/>
            </w:pPr>
            <w:r/>
            <w:r>
              <w:rPr>
                <w:sz w:val="18"/>
              </w:rPr>
            </w:r>
          </w:p>
        </w:tc>
        <w:tc>
          <w:tcPr>
            <w:tcW w:type="dxa" w:w="1008"/>
            <w:shd w:val="clear" w:color="auto" w:fill="F2F5F9"/>
          </w:tcPr>
          <w:p>
            <w:pPr>
              <w:spacing w:after="40" w:before="40"/>
            </w:pPr>
            <w:r/>
            <w:r>
              <w:rPr>
                <w:sz w:val="18"/>
              </w:rPr>
            </w:r>
          </w:p>
        </w:tc>
        <w:tc>
          <w:tcPr>
            <w:tcW w:type="dxa" w:w="1008"/>
            <w:shd w:val="clear" w:color="auto" w:fill="F2F5F9"/>
          </w:tcPr>
          <w:p>
            <w:pPr>
              <w:spacing w:after="40" w:before="40"/>
            </w:pPr>
            <w:r/>
            <w:r>
              <w:rPr>
                <w:sz w:val="18"/>
              </w:rPr>
            </w:r>
          </w:p>
        </w:tc>
        <w:tc>
          <w:tcPr>
            <w:tcW w:type="dxa" w:w="1296"/>
            <w:shd w:val="clear" w:color="auto" w:fill="F2F5F9"/>
          </w:tcPr>
          <w:p>
            <w:pPr>
              <w:spacing w:after="40" w:before="40"/>
            </w:pPr>
            <w:r/>
            <w:r>
              <w:rPr>
                <w:sz w:val="18"/>
              </w:rPr>
            </w:r>
          </w:p>
        </w:tc>
      </w:tr>
    </w:tbl>
    <w:p>
      <w:pPr>
        <w:spacing w:after="40"/>
      </w:pPr>
    </w:p>
    <w:p>
      <w:pPr>
        <w:pStyle w:val="Heading1"/>
      </w:pPr>
      <w:r>
        <w:rPr>
          <w:b w:val="0"/>
        </w:rPr>
        <w:t>Final check before you submit</w:t>
      </w:r>
    </w:p>
    <w:p>
      <w:pPr>
        <w:pStyle w:val="ListBullet"/>
      </w:pPr>
      <w:r>
        <w:t>Every letter is dated inside the current application cycle. A recycled date from last year's submission tells a reviewer the letter was not written for this application.</w:t>
      </w:r>
    </w:p>
    <w:p>
      <w:pPr>
        <w:pStyle w:val="ListBullet"/>
      </w:pPr>
      <w:r>
        <w:t>The funder's name and the grant program's name are spelled exactly as the announcement spells them, on every letter.</w:t>
      </w:r>
    </w:p>
    <w:p>
      <w:pPr>
        <w:pStyle w:val="ListBullet"/>
      </w:pPr>
      <w:r>
        <w:t>Every letter is signed. A scanned signature is the safest default; confirm whether the funder accepts a typed signature line.</w:t>
      </w:r>
    </w:p>
    <w:p>
      <w:pPr>
        <w:pStyle w:val="ListBullet"/>
      </w:pPr>
      <w:r>
        <w:t>No two letters share a paragraph. If two came back near-identical to your draft, ask one writer for a rewrite rather than submitting both.</w:t>
      </w:r>
    </w:p>
    <w:p>
      <w:pPr>
        <w:pStyle w:val="ListBullet"/>
      </w:pPr>
      <w:r>
        <w:t>Every resource named in a letter is authorized by the person who signed it, and appears in the budget in the matching form, in-kind or cash.</w:t>
      </w:r>
    </w:p>
    <w:p>
      <w:pPr>
        <w:pStyle w:val="ListBullet"/>
      </w:pPr>
      <w:r>
        <w:t>The attachment count is inside any stated cap, and the letters are merged or uploaded exactly as the instructions require.</w:t>
      </w:r>
    </w:p>
    <w:p>
      <w:pPr>
        <w:pStyle w:val="ListBullet"/>
      </w:pPr>
      <w:r>
        <w:t>Each letter fits on one page.</w:t>
      </w:r>
    </w:p>
    <w:p>
      <w:pPr>
        <w:pStyle w:val="ListBullet"/>
      </w:pPr>
      <w:r>
        <w:t>Signed originals are saved in your own records. A partner who has written for you once is a far easier ask the second time than someone approached cold.</w:t>
      </w:r>
    </w:p>
    <w:p>
      <w:pPr>
        <w:spacing w:before="40" w:after="200"/>
        <w:pBdr>
          <w:bottom w:val="single" w:sz="6" w:space="1" w:color="C7CDD6"/>
        </w:pBdr>
      </w:pPr>
    </w:p>
    <w:p>
      <w:pPr>
        <w:pStyle w:val="AdaptationNote"/>
      </w:pPr>
      <w:r>
        <w:rPr>
          <w:b w:val="0"/>
        </w:rPr>
        <w:t>More on this topic, including who to ask and how funders read each document type, in the full guide: GrantCue - grantcue.com/blog/what-is-a-letter-of-support</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6B7280"/>
        <w:sz w:val="18"/>
      </w:rPr>
      <w:t>GrantCue - grantcue.com/blog/what-is-a-letter-of-support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eastAsia="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Calibri" w:hAnsi="Calibri"/>
      <w:b/>
      <w:bCs/>
      <w:color w:val="1F355E"/>
      <w:sz w:val="38"/>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Calibri" w:hAnsi="Calibri"/>
      <w:b/>
      <w:bCs/>
      <w:color w:val="1F355E"/>
      <w:sz w:val="28"/>
      <w:szCs w:val="26"/>
    </w:rPr>
  </w:style>
  <w:style w:type="paragraph" w:styleId="Heading3">
    <w:name w:val="heading 3"/>
    <w:basedOn w:val="Normal"/>
    <w:next w:val="Normal"/>
    <w:link w:val="Heading3Char"/>
    <w:uiPriority w:val="9"/>
    <w:unhideWhenUsed/>
    <w:qFormat/>
    <w:rsid w:val="00FC693F"/>
    <w:pPr>
      <w:keepNext/>
      <w:keepLines/>
      <w:spacing w:before="240" w:after="60"/>
      <w:outlineLvl w:val="2"/>
    </w:pPr>
    <w:rPr>
      <w:rFonts w:asciiTheme="majorHAnsi" w:eastAsiaTheme="majorEastAsia" w:hAnsiTheme="majorHAnsi" w:cstheme="majorBidi" w:ascii="Calibri" w:hAnsi="Calibri"/>
      <w:b/>
      <w:bCs/>
      <w:color w:val="4A556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Calibri" w:hAnsi="Calibri"/>
      <w:b/>
      <w:color w:val="1F355E"/>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pPr>
    <w:rPr>
      <w:rFonts w:asciiTheme="majorHAnsi" w:eastAsiaTheme="majorEastAsia" w:hAnsiTheme="majorHAnsi" w:cstheme="majorBidi" w:ascii="Calibri" w:hAnsi="Calibri"/>
      <w:i w:val="0"/>
      <w:iCs/>
      <w:color w:val="4A5568"/>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val="0"/>
      <w:iCs/>
      <w:color w:val="1A1A1A"/>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tterBody">
    <w:name w:val="Letter Body"/>
    <w:basedOn w:val="Normal"/>
    <w:pPr>
      <w:spacing w:after="200" w:line="276" w:lineRule="auto"/>
      <w:ind w:left="360" w:right="144"/>
    </w:pPr>
    <w:rPr>
      <w:rFonts w:ascii="Calibri" w:hAnsi="Calibri"/>
      <w:sz w:val="22"/>
    </w:rPr>
  </w:style>
  <w:style w:type="paragraph" w:customStyle="1" w:styleId="LetterMeta">
    <w:name w:val="Letter Meta"/>
    <w:basedOn w:val="Normal"/>
    <w:pPr>
      <w:spacing w:after="40" w:line="252" w:lineRule="auto"/>
      <w:ind w:left="360"/>
    </w:pPr>
    <w:rPr>
      <w:rFonts w:ascii="Calibri" w:hAnsi="Calibri"/>
      <w:color w:val="4A5568"/>
      <w:sz w:val="21"/>
    </w:rPr>
  </w:style>
  <w:style w:type="paragraph" w:customStyle="1" w:styleId="AdaptationNote">
    <w:name w:val="Adaptation Note"/>
    <w:basedOn w:val="Normal"/>
    <w:pPr>
      <w:spacing w:before="80" w:after="200"/>
    </w:pPr>
    <w:rPr>
      <w:rFonts w:ascii="Calibri" w:hAnsi="Calibri"/>
      <w:i/>
      <w:color w:val="6B728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Support Pack: 4 Ready-to-Adapt Letters</dc:title>
  <dc:subject>Letters of support for grant applications</dc:subject>
  <dc:creator>GrantCue</dc:creator>
  <cp:keywords>letter of support, support letter for grant, letter of support example, grant application</cp:keywords>
  <dc:description>GrantCue - grantcue.com/blog/what-is-a-letter-of-support</dc:description>
  <cp:lastModifiedBy/>
  <cp:revision>1</cp:revision>
  <dcterms:created xsi:type="dcterms:W3CDTF">2013-12-23T23:15:00Z</dcterms:created>
  <dcterms:modified xsi:type="dcterms:W3CDTF">2013-12-23T23:15:00Z</dcterms:modified>
  <cp:category>Grant Writing</cp:category>
</cp:coreProperties>
</file>