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1E3A5F"/>
        </w:rPr>
        <w:t>Grant Proposal Template (Full Structure)</w:t>
      </w:r>
    </w:p>
    <w:p>
      <w:r>
        <w:rPr>
          <w:i/>
        </w:rPr>
        <w:t>The complete proposal skeleton — the same seven sections GrantCue's AI writing workspace uses.</w:t>
      </w:r>
    </w:p>
    <w:p>
      <w:r>
        <w:rPr>
          <w:i/>
        </w:rPr>
        <w:t>How to use this template: replace every [bracketed] prompt with your own content, then delete this line and the intro above before submitting.</w:t>
      </w:r>
    </w:p>
    <w:p>
      <w:pPr>
        <w:pStyle w:val="Heading1"/>
      </w:pPr>
      <w:r>
        <w:t>1. Executive Summary</w:t>
      </w:r>
    </w:p>
    <w:p>
      <w:r>
        <w:t>[Write this last. One page: hook, request, program, organization, impact — see the executive summary section prompts above each element as you draft.]</w:t>
      </w:r>
    </w:p>
    <w:p>
      <w:pPr>
        <w:pStyle w:val="Heading1"/>
      </w:pPr>
      <w:r>
        <w:t>2. Statement of Need</w:t>
      </w:r>
    </w:p>
    <w:p>
      <w:r>
        <w:t>[Local data with sources, affected population, urgency, service gaps, and your fit to act. 1–2 pages.]</w:t>
      </w:r>
    </w:p>
    <w:p>
      <w:pPr>
        <w:pStyle w:val="Heading1"/>
      </w:pPr>
      <w:r>
        <w:t>3. Goals &amp; Objectives</w:t>
      </w:r>
    </w:p>
    <w:p>
      <w:r>
        <w:t>[One goal statement plus 2–4 SMART objectives: "By (date), (number) of (population) will (measurable change) as measured by (instrument)."]</w:t>
      </w:r>
    </w:p>
    <w:p>
      <w:pPr>
        <w:pStyle w:val="Heading1"/>
      </w:pPr>
      <w:r>
        <w:t>4. Project Description</w:t>
      </w:r>
    </w:p>
    <w:p>
      <w:r>
        <w:t>[Activities and methods: what happens, who delivers it, where, and on what timeline. Include a month-by-month work plan table and staffing plan.]</w:t>
      </w:r>
    </w:p>
    <w:p>
      <w:pPr>
        <w:pStyle w:val="Heading1"/>
      </w:pPr>
      <w:r>
        <w:t>5. Evaluation Plan</w:t>
      </w:r>
    </w:p>
    <w:p>
      <w:r>
        <w:t>[Evaluation questions, outcome indicators with targets, data collection methods, analysis approach, and how findings will be used and reported.]</w:t>
      </w:r>
    </w:p>
    <w:p>
      <w:pPr>
        <w:pStyle w:val="Heading1"/>
      </w:pPr>
      <w:r>
        <w:t>6. Organizational Background</w:t>
      </w:r>
    </w:p>
    <w:p>
      <w:r>
        <w:t>[Mission, history, population served, signature results with numbers, key staff qualifications, and relevant partnerships.]</w:t>
      </w:r>
    </w:p>
    <w:p>
      <w:pPr>
        <w:pStyle w:val="Heading1"/>
      </w:pPr>
      <w:r>
        <w:t>7. Sustainability Plan</w:t>
      </w:r>
    </w:p>
    <w:p>
      <w:r>
        <w:t>[How the work continues after this grant: diversified funding, earned revenue, institutional adoption, or a defined end point with lasting outcomes.]</w:t>
      </w:r>
    </w:p>
    <w:p>
      <w:pPr>
        <w:pStyle w:val="Heading1"/>
      </w:pPr>
      <w:r>
        <w:t>Attachments checklist</w:t>
      </w:r>
    </w:p>
    <w:p>
      <w:r>
        <w:t>[ ] Line-item budget and budget narrative</w:t>
      </w:r>
    </w:p>
    <w:p>
      <w:r>
        <w:t>[ ] IRS determination letter</w:t>
      </w:r>
    </w:p>
    <w:p>
      <w:r>
        <w:t>[ ] Board list</w:t>
      </w:r>
    </w:p>
    <w:p>
      <w:r>
        <w:t>[ ] Most recent audit or financial statement</w:t>
      </w:r>
    </w:p>
    <w:p>
      <w:r>
        <w:t>[ ] Letters of support / MOUs</w:t>
      </w:r>
    </w:p>
    <w:p>
      <w:r>
        <w:t>[ ] Logic model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Template by GrantCue — free grant management software · grantcue.com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