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E3A5F"/>
        </w:rPr>
        <w:t>Grant Proposal Cover Letter Template</w:t>
      </w:r>
    </w:p>
    <w:p>
      <w:r>
        <w:rPr>
          <w:i/>
        </w:rPr>
        <w:t>A one-page cover letter that introduces your proposal and connects your request to the funder's priorities.</w:t>
      </w:r>
    </w:p>
    <w:p>
      <w:r>
        <w:rPr>
          <w:i/>
        </w:rPr>
        <w:t>How to use this template: replace every [bracketed] prompt with your own content, then delete this line and the intro above before submitting.</w:t>
      </w:r>
    </w:p>
    <w:p>
      <w:pPr>
        <w:pStyle w:val="Heading1"/>
      </w:pPr>
      <w:r>
        <w:t>Letterhead &amp; date</w:t>
      </w:r>
    </w:p>
    <w:p>
      <w:r>
        <w:t>[Your organization's letterhead or name, address, phone, email]</w:t>
      </w:r>
    </w:p>
    <w:p>
      <w:r>
        <w:t>[Date]</w:t>
      </w:r>
    </w:p>
    <w:p>
      <w:pPr>
        <w:pStyle w:val="Heading1"/>
      </w:pPr>
      <w:r>
        <w:t>Funder address block</w:t>
      </w:r>
    </w:p>
    <w:p>
      <w:r>
        <w:t>[Program officer name and title]</w:t>
      </w:r>
    </w:p>
    <w:p>
      <w:r>
        <w:t>[Foundation / agency name]</w:t>
      </w:r>
    </w:p>
    <w:p>
      <w:r>
        <w:t>[Address]</w:t>
      </w:r>
    </w:p>
    <w:p>
      <w:pPr>
        <w:pStyle w:val="Heading1"/>
      </w:pPr>
      <w:r>
        <w:t>Salutation</w:t>
      </w:r>
    </w:p>
    <w:p>
      <w:r>
        <w:t>Dear [Mr./Ms./Dr. Last Name]:</w:t>
      </w:r>
    </w:p>
    <w:p>
      <w:pPr>
        <w:pStyle w:val="Heading1"/>
      </w:pPr>
      <w:r>
        <w:t>Opening paragraph — the request</w:t>
      </w:r>
    </w:p>
    <w:p>
      <w:r>
        <w:t>[One sentence naming your organization, the amount requested, and the program it funds. Example: "[Organization] respectfully requests $[amount] from [Funder] to support [program], which [one-line outcome]."]</w:t>
      </w:r>
    </w:p>
    <w:p>
      <w:pPr>
        <w:pStyle w:val="Heading1"/>
      </w:pPr>
      <w:r>
        <w:t>Middle paragraph — the fit</w:t>
      </w:r>
    </w:p>
    <w:p>
      <w:r>
        <w:t>[2–4 sentences connecting your program to the funder's published priorities. Name the specific priority or focus area from their guidelines and state the community need in one statistic.]</w:t>
      </w:r>
    </w:p>
    <w:p>
      <w:pPr>
        <w:pStyle w:val="Heading1"/>
      </w:pPr>
      <w:r>
        <w:t>Credibility paragraph</w:t>
      </w:r>
    </w:p>
    <w:p>
      <w:r>
        <w:t>[2–3 sentences: years serving the community, people served last year, one signature result, and any past relationship with this funder.]</w:t>
      </w:r>
    </w:p>
    <w:p>
      <w:pPr>
        <w:pStyle w:val="Heading1"/>
      </w:pPr>
      <w:r>
        <w:t>Closing paragraph</w:t>
      </w:r>
    </w:p>
    <w:p>
      <w:r>
        <w:t>[Thank the reader, name the primary contact with phone and email, and state that the full proposal follows. Offer a site visit or call.]</w:t>
      </w:r>
    </w:p>
    <w:p>
      <w:pPr>
        <w:pStyle w:val="Heading1"/>
      </w:pPr>
      <w:r>
        <w:t>Signature block</w:t>
      </w:r>
    </w:p>
    <w:p>
      <w:r>
        <w:t>Sincerely,</w:t>
      </w:r>
    </w:p>
    <w:p>
      <w:r>
        <w:t>[Name], [Title]</w:t>
      </w:r>
    </w:p>
    <w:p>
      <w:r>
        <w:t>[Enclosures: full proposal, budget, IRS determination letter]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Template by GrantCue — free grant management software · grantcue.com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