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1E3A5F"/>
        </w:rPr>
        <w:t>Grant Letter of Intent (LOI) Template</w:t>
      </w:r>
    </w:p>
    <w:p>
      <w:r>
        <w:rPr>
          <w:i/>
        </w:rPr>
        <w:t>A 1-page letter of intent that earns an invitation to submit a full proposal.</w:t>
      </w:r>
    </w:p>
    <w:p>
      <w:r>
        <w:rPr>
          <w:i/>
        </w:rPr>
        <w:t>How to use this template: replace every [bracketed] prompt with your own content, then delete this line and the intro above before submitting.</w:t>
      </w:r>
    </w:p>
    <w:p>
      <w:pPr>
        <w:pStyle w:val="Heading1"/>
      </w:pPr>
      <w:r>
        <w:t>Header</w:t>
      </w:r>
    </w:p>
    <w:p>
      <w:r>
        <w:t>[Letterhead, date, program officer address block, salutation]</w:t>
      </w:r>
    </w:p>
    <w:p>
      <w:pPr>
        <w:pStyle w:val="Heading1"/>
      </w:pPr>
      <w:r>
        <w:t>Paragraph 1 — Introduction &amp; request</w:t>
      </w:r>
    </w:p>
    <w:p>
      <w:r>
        <w:t>[Name your organization, its mission in one clause, the amount you intend to request, and the program. State explicitly that this letter is an inquiry/intent to submit.]</w:t>
      </w:r>
    </w:p>
    <w:p>
      <w:pPr>
        <w:pStyle w:val="Heading1"/>
      </w:pPr>
      <w:r>
        <w:t>Paragraph 2 — Need</w:t>
      </w:r>
    </w:p>
    <w:p>
      <w:r>
        <w:t>[The problem in your community, anchored by one or two current statistics with sources. Keep to 3 sentences — the full proposal carries the depth.]</w:t>
      </w:r>
    </w:p>
    <w:p>
      <w:pPr>
        <w:pStyle w:val="Heading1"/>
      </w:pPr>
      <w:r>
        <w:t>Paragraph 3 — Your solution</w:t>
      </w:r>
    </w:p>
    <w:p>
      <w:r>
        <w:t>[What the program does, who it serves, how many people, and over what period. One sentence on your track record running it or programs like it.]</w:t>
      </w:r>
    </w:p>
    <w:p>
      <w:pPr>
        <w:pStyle w:val="Heading1"/>
      </w:pPr>
      <w:r>
        <w:t>Paragraph 4 — Outcomes &amp; fit</w:t>
      </w:r>
    </w:p>
    <w:p>
      <w:r>
        <w:t>[The 2–3 measurable outcomes you expect, and one sentence tying the work to the funder's published priorities by name.]</w:t>
      </w:r>
    </w:p>
    <w:p>
      <w:pPr>
        <w:pStyle w:val="Heading1"/>
      </w:pPr>
      <w:r>
        <w:t>Paragraph 5 — Close</w:t>
      </w:r>
    </w:p>
    <w:p>
      <w:r>
        <w:t>[Total project budget, amount requested from this funder, contact person, and thanks. Invite questions and state your hope to submit a full proposal.]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Template by GrantCue — free grant management software · grantcue.com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